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3B48C" w14:textId="77777777" w:rsidR="003A2AF4" w:rsidRDefault="003A2AF4" w:rsidP="003A2AF4">
      <w:pPr>
        <w:pStyle w:val="Titel"/>
      </w:pPr>
      <w:proofErr w:type="spellStart"/>
      <w:r>
        <w:t>Werkblad</w:t>
      </w:r>
      <w:proofErr w:type="spellEnd"/>
      <w:r>
        <w:t xml:space="preserve"> Les 1 – </w:t>
      </w:r>
      <w:proofErr w:type="spellStart"/>
      <w:r>
        <w:t>Jij</w:t>
      </w:r>
      <w:proofErr w:type="spellEnd"/>
      <w:r>
        <w:t xml:space="preserve"> </w:t>
      </w:r>
      <w:proofErr w:type="spellStart"/>
      <w:r>
        <w:t>hebt</w:t>
      </w:r>
      <w:proofErr w:type="spellEnd"/>
      <w:r>
        <w:t xml:space="preserve"> </w:t>
      </w:r>
      <w:proofErr w:type="spellStart"/>
      <w:r>
        <w:t>invloed</w:t>
      </w:r>
      <w:proofErr w:type="spellEnd"/>
      <w:r>
        <w:t>!</w:t>
      </w:r>
    </w:p>
    <w:p w14:paraId="24421363" w14:textId="77777777" w:rsidR="003A2AF4" w:rsidRDefault="003A2AF4" w:rsidP="003A2AF4">
      <w:r>
        <w:t>Naam: __________________________________________</w:t>
      </w:r>
    </w:p>
    <w:p w14:paraId="15EE7D1B" w14:textId="77777777" w:rsidR="003A2AF4" w:rsidRDefault="003A2AF4" w:rsidP="003A2AF4">
      <w:pPr>
        <w:pStyle w:val="Kop1"/>
      </w:pPr>
      <w:proofErr w:type="spellStart"/>
      <w:r>
        <w:t>Opdracht</w:t>
      </w:r>
      <w:proofErr w:type="spellEnd"/>
      <w:r>
        <w:t xml:space="preserve"> 1 – Wat </w:t>
      </w:r>
      <w:proofErr w:type="spellStart"/>
      <w:r>
        <w:t>zie</w:t>
      </w:r>
      <w:proofErr w:type="spellEnd"/>
      <w:r>
        <w:t xml:space="preserve"> je in </w:t>
      </w:r>
      <w:proofErr w:type="spellStart"/>
      <w:r>
        <w:t>dit</w:t>
      </w:r>
      <w:proofErr w:type="spellEnd"/>
      <w:r>
        <w:t xml:space="preserve"> </w:t>
      </w:r>
      <w:proofErr w:type="spellStart"/>
      <w:r>
        <w:t>krantenartikel</w:t>
      </w:r>
      <w:proofErr w:type="spellEnd"/>
      <w:r>
        <w:t>?</w:t>
      </w:r>
    </w:p>
    <w:p w14:paraId="79423ADD" w14:textId="77777777" w:rsidR="003A2AF4" w:rsidRDefault="003A2AF4" w:rsidP="003A2AF4">
      <w:proofErr w:type="spellStart"/>
      <w:r>
        <w:t>Bekijk</w:t>
      </w:r>
      <w:proofErr w:type="spellEnd"/>
      <w:r>
        <w:t xml:space="preserve"> het </w:t>
      </w:r>
      <w:proofErr w:type="spellStart"/>
      <w:r>
        <w:t>artikel</w:t>
      </w:r>
      <w:proofErr w:type="spellEnd"/>
      <w:r>
        <w:t xml:space="preserve"> over Stem van de Waadhoeke op de </w:t>
      </w:r>
      <w:proofErr w:type="spellStart"/>
      <w:r>
        <w:t>pagina</w:t>
      </w:r>
      <w:proofErr w:type="spellEnd"/>
      <w:r>
        <w:t xml:space="preserve"> die je </w:t>
      </w:r>
      <w:proofErr w:type="spellStart"/>
      <w:r>
        <w:t>gekregen</w:t>
      </w:r>
      <w:proofErr w:type="spellEnd"/>
      <w:r>
        <w:t xml:space="preserve"> </w:t>
      </w:r>
      <w:proofErr w:type="spellStart"/>
      <w:r>
        <w:t>hebt</w:t>
      </w:r>
      <w:proofErr w:type="spellEnd"/>
      <w:r>
        <w:t>.</w:t>
      </w:r>
    </w:p>
    <w:p w14:paraId="7CD92A1D" w14:textId="77777777" w:rsidR="003A2AF4" w:rsidRDefault="003A2AF4" w:rsidP="003A2AF4">
      <w:r>
        <w:t xml:space="preserve">1. </w:t>
      </w:r>
      <w:proofErr w:type="spellStart"/>
      <w:r>
        <w:t>Waarover</w:t>
      </w:r>
      <w:proofErr w:type="spellEnd"/>
      <w:r>
        <w:t xml:space="preserve"> </w:t>
      </w:r>
      <w:proofErr w:type="spellStart"/>
      <w:r>
        <w:t>gaat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artikel</w:t>
      </w:r>
      <w:proofErr w:type="spellEnd"/>
      <w:r>
        <w:t>?</w:t>
      </w:r>
    </w:p>
    <w:p w14:paraId="3231A83A" w14:textId="77777777" w:rsidR="003A2AF4" w:rsidRDefault="003A2AF4" w:rsidP="003A2AF4">
      <w:r>
        <w:rPr>
          <w:rFonts w:ascii="Segoe UI Symbol" w:hAnsi="Segoe UI Symbol" w:cs="Segoe UI Symbol"/>
        </w:rPr>
        <w:t>✎</w:t>
      </w:r>
      <w:r>
        <w:t xml:space="preserve"> _____________________________________________________________________</w:t>
      </w:r>
    </w:p>
    <w:p w14:paraId="360F7F21" w14:textId="77777777" w:rsidR="003A2AF4" w:rsidRDefault="003A2AF4" w:rsidP="003A2AF4">
      <w:r>
        <w:rPr>
          <w:rFonts w:ascii="Segoe UI Symbol" w:hAnsi="Segoe UI Symbol" w:cs="Segoe UI Symbol"/>
        </w:rPr>
        <w:t>✎</w:t>
      </w:r>
      <w:r>
        <w:t xml:space="preserve"> _____________________________________________________________________</w:t>
      </w:r>
    </w:p>
    <w:p w14:paraId="0B8CE876" w14:textId="77777777" w:rsidR="003A2AF4" w:rsidRDefault="003A2AF4" w:rsidP="003A2AF4">
      <w:r>
        <w:t xml:space="preserve">2. </w:t>
      </w:r>
      <w:proofErr w:type="spellStart"/>
      <w:r>
        <w:t>Welke</w:t>
      </w:r>
      <w:proofErr w:type="spellEnd"/>
      <w:r>
        <w:t xml:space="preserve"> </w:t>
      </w:r>
      <w:proofErr w:type="spellStart"/>
      <w:r>
        <w:t>plek</w:t>
      </w:r>
      <w:proofErr w:type="spellEnd"/>
      <w:r>
        <w:t xml:space="preserve"> in de </w:t>
      </w:r>
      <w:proofErr w:type="spellStart"/>
      <w:r>
        <w:t>gemeente</w:t>
      </w:r>
      <w:proofErr w:type="spellEnd"/>
      <w:r>
        <w:t xml:space="preserve"> </w:t>
      </w:r>
      <w:proofErr w:type="spellStart"/>
      <w:r>
        <w:t>staat</w:t>
      </w:r>
      <w:proofErr w:type="spellEnd"/>
      <w:r>
        <w:t xml:space="preserve"> </w:t>
      </w:r>
      <w:proofErr w:type="spellStart"/>
      <w:r>
        <w:t>centraal</w:t>
      </w:r>
      <w:proofErr w:type="spellEnd"/>
      <w:r>
        <w:t xml:space="preserve"> in het </w:t>
      </w:r>
      <w:proofErr w:type="spellStart"/>
      <w:r>
        <w:t>artikel</w:t>
      </w:r>
      <w:proofErr w:type="spellEnd"/>
      <w:r>
        <w:t>?</w:t>
      </w:r>
    </w:p>
    <w:p w14:paraId="37BEB7AE" w14:textId="77777777" w:rsidR="003A2AF4" w:rsidRDefault="003A2AF4" w:rsidP="003A2AF4">
      <w:r>
        <w:rPr>
          <w:rFonts w:ascii="Segoe UI Symbol" w:hAnsi="Segoe UI Symbol" w:cs="Segoe UI Symbol"/>
        </w:rPr>
        <w:t>✎</w:t>
      </w:r>
      <w:r>
        <w:t xml:space="preserve"> _____________________________________________________________________</w:t>
      </w:r>
    </w:p>
    <w:p w14:paraId="2A996C9F" w14:textId="77777777" w:rsidR="003A2AF4" w:rsidRDefault="003A2AF4" w:rsidP="003A2AF4">
      <w:r>
        <w:t xml:space="preserve">3. Wat </w:t>
      </w:r>
      <w:proofErr w:type="spellStart"/>
      <w:r>
        <w:t>mogen</w:t>
      </w:r>
      <w:proofErr w:type="spellEnd"/>
      <w:r>
        <w:t xml:space="preserve"> </w:t>
      </w:r>
      <w:proofErr w:type="spellStart"/>
      <w:r>
        <w:t>inwoners</w:t>
      </w:r>
      <w:proofErr w:type="spellEnd"/>
      <w:r>
        <w:t xml:space="preserve"> van St.-</w:t>
      </w:r>
      <w:proofErr w:type="spellStart"/>
      <w:r>
        <w:t>Annaparochie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 </w:t>
      </w:r>
      <w:proofErr w:type="spellStart"/>
      <w:r>
        <w:t>volgens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project?</w:t>
      </w:r>
    </w:p>
    <w:p w14:paraId="5AE8E481" w14:textId="77777777" w:rsidR="003A2AF4" w:rsidRDefault="003A2AF4" w:rsidP="003A2AF4">
      <w:r>
        <w:rPr>
          <w:rFonts w:ascii="Segoe UI Symbol" w:hAnsi="Segoe UI Symbol" w:cs="Segoe UI Symbol"/>
        </w:rPr>
        <w:t>☐</w:t>
      </w:r>
      <w:r>
        <w:t xml:space="preserve"> </w:t>
      </w:r>
      <w:proofErr w:type="spellStart"/>
      <w:r>
        <w:t>Alleen</w:t>
      </w:r>
      <w:proofErr w:type="spellEnd"/>
      <w:r>
        <w:t xml:space="preserve"> </w:t>
      </w:r>
      <w:proofErr w:type="spellStart"/>
      <w:r>
        <w:t>stemmen</w:t>
      </w:r>
      <w:proofErr w:type="spellEnd"/>
      <w:r>
        <w:t xml:space="preserve"> op </w:t>
      </w:r>
      <w:proofErr w:type="spellStart"/>
      <w:r>
        <w:t>ideeën</w:t>
      </w:r>
      <w:proofErr w:type="spellEnd"/>
      <w:r>
        <w:br/>
      </w:r>
      <w:r>
        <w:rPr>
          <w:rFonts w:ascii="Segoe UI Symbol" w:hAnsi="Segoe UI Symbol" w:cs="Segoe UI Symbol"/>
        </w:rPr>
        <w:t>☐</w:t>
      </w:r>
      <w:r>
        <w:t xml:space="preserve">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idee</w:t>
      </w:r>
      <w:r>
        <w:rPr>
          <w:rFonts w:ascii="Cambria" w:hAnsi="Cambria" w:cs="Cambria"/>
        </w:rPr>
        <w:t>ë</w:t>
      </w:r>
      <w:r>
        <w:t>n</w:t>
      </w:r>
      <w:proofErr w:type="spellEnd"/>
      <w:r>
        <w:t xml:space="preserve"> </w:t>
      </w:r>
      <w:proofErr w:type="spellStart"/>
      <w:r>
        <w:t>bedenken</w:t>
      </w:r>
      <w:proofErr w:type="spellEnd"/>
      <w:r>
        <w:t xml:space="preserve"> </w:t>
      </w:r>
      <w:proofErr w:type="spellStart"/>
      <w:r>
        <w:rPr>
          <w:rFonts w:ascii="Cambria" w:hAnsi="Cambria" w:cs="Cambria"/>
        </w:rPr>
        <w:t>é</w:t>
      </w:r>
      <w:r>
        <w:t>n</w:t>
      </w:r>
      <w:proofErr w:type="spellEnd"/>
      <w:r>
        <w:t xml:space="preserve"> </w:t>
      </w:r>
      <w:proofErr w:type="spellStart"/>
      <w:r>
        <w:t>stemmen</w:t>
      </w:r>
      <w:proofErr w:type="spellEnd"/>
      <w:r>
        <w:br/>
      </w:r>
      <w:r>
        <w:rPr>
          <w:rFonts w:ascii="Segoe UI Symbol" w:hAnsi="Segoe UI Symbol" w:cs="Segoe UI Symbol"/>
        </w:rPr>
        <w:t>☐</w:t>
      </w:r>
      <w:r>
        <w:t xml:space="preserve"> </w:t>
      </w:r>
      <w:proofErr w:type="spellStart"/>
      <w:r>
        <w:t>Alleen</w:t>
      </w:r>
      <w:proofErr w:type="spellEnd"/>
      <w:r>
        <w:t xml:space="preserve"> </w:t>
      </w:r>
      <w:proofErr w:type="spellStart"/>
      <w:r>
        <w:t>luisteren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gemeente</w:t>
      </w:r>
      <w:proofErr w:type="spellEnd"/>
    </w:p>
    <w:p w14:paraId="3393136A" w14:textId="77777777" w:rsidR="003A2AF4" w:rsidRDefault="003A2AF4" w:rsidP="003A2AF4">
      <w:r>
        <w:t xml:space="preserve">4. </w:t>
      </w:r>
      <w:proofErr w:type="spellStart"/>
      <w:r>
        <w:t>Waarom</w:t>
      </w:r>
      <w:proofErr w:type="spellEnd"/>
      <w:r>
        <w:t xml:space="preserve"> is </w:t>
      </w:r>
      <w:proofErr w:type="spellStart"/>
      <w:r>
        <w:t>dit</w:t>
      </w:r>
      <w:proofErr w:type="spellEnd"/>
      <w:r>
        <w:t xml:space="preserve"> </w:t>
      </w:r>
      <w:proofErr w:type="spellStart"/>
      <w:r>
        <w:t>burgerparticipatie</w:t>
      </w:r>
      <w:proofErr w:type="spellEnd"/>
      <w:r>
        <w:t>?</w:t>
      </w:r>
    </w:p>
    <w:p w14:paraId="2C5C8839" w14:textId="77777777" w:rsidR="003A2AF4" w:rsidRDefault="003A2AF4" w:rsidP="003A2AF4">
      <w:r>
        <w:rPr>
          <w:rFonts w:ascii="Segoe UI Symbol" w:hAnsi="Segoe UI Symbol" w:cs="Segoe UI Symbol"/>
        </w:rPr>
        <w:t>✎</w:t>
      </w:r>
      <w:r>
        <w:t xml:space="preserve"> _____________________________________________________________________</w:t>
      </w:r>
    </w:p>
    <w:p w14:paraId="74E2CDD1" w14:textId="77777777" w:rsidR="003A2AF4" w:rsidRDefault="003A2AF4" w:rsidP="003A2AF4">
      <w:r>
        <w:rPr>
          <w:rFonts w:ascii="Segoe UI Symbol" w:hAnsi="Segoe UI Symbol" w:cs="Segoe UI Symbol"/>
        </w:rPr>
        <w:t>✎</w:t>
      </w:r>
      <w:r>
        <w:t xml:space="preserve"> _____________________________________________________________________</w:t>
      </w:r>
    </w:p>
    <w:p w14:paraId="3BFEC655" w14:textId="77777777" w:rsidR="003A2AF4" w:rsidRDefault="003A2AF4" w:rsidP="003A2AF4"/>
    <w:p w14:paraId="380B8B03" w14:textId="77777777" w:rsidR="003A2AF4" w:rsidRDefault="003A2AF4" w:rsidP="003A2AF4">
      <w:pPr>
        <w:pStyle w:val="Kop1"/>
      </w:pPr>
      <w:proofErr w:type="spellStart"/>
      <w:r>
        <w:rPr>
          <w:rStyle w:val="Zwaar"/>
          <w:b/>
          <w:bCs/>
        </w:rPr>
        <w:t>Opdracht</w:t>
      </w:r>
      <w:proofErr w:type="spellEnd"/>
      <w:r>
        <w:rPr>
          <w:rStyle w:val="Zwaar"/>
          <w:b/>
          <w:bCs/>
        </w:rPr>
        <w:t xml:space="preserve"> 2 – Hoe </w:t>
      </w:r>
      <w:proofErr w:type="spellStart"/>
      <w:r>
        <w:rPr>
          <w:rStyle w:val="Zwaar"/>
          <w:b/>
          <w:bCs/>
        </w:rPr>
        <w:t>kun</w:t>
      </w:r>
      <w:proofErr w:type="spellEnd"/>
      <w:r>
        <w:rPr>
          <w:rStyle w:val="Zwaar"/>
          <w:b/>
          <w:bCs/>
        </w:rPr>
        <w:t xml:space="preserve"> </w:t>
      </w:r>
      <w:proofErr w:type="spellStart"/>
      <w:r>
        <w:rPr>
          <w:rStyle w:val="Zwaar"/>
          <w:b/>
          <w:bCs/>
        </w:rPr>
        <w:t>jij</w:t>
      </w:r>
      <w:proofErr w:type="spellEnd"/>
      <w:r>
        <w:rPr>
          <w:rStyle w:val="Zwaar"/>
          <w:b/>
          <w:bCs/>
        </w:rPr>
        <w:t xml:space="preserve"> je stem </w:t>
      </w:r>
      <w:proofErr w:type="spellStart"/>
      <w:r>
        <w:rPr>
          <w:rStyle w:val="Zwaar"/>
          <w:b/>
          <w:bCs/>
        </w:rPr>
        <w:t>laten</w:t>
      </w:r>
      <w:proofErr w:type="spellEnd"/>
      <w:r>
        <w:rPr>
          <w:rStyle w:val="Zwaar"/>
          <w:b/>
          <w:bCs/>
        </w:rPr>
        <w:t xml:space="preserve"> </w:t>
      </w:r>
      <w:proofErr w:type="spellStart"/>
      <w:r>
        <w:rPr>
          <w:rStyle w:val="Zwaar"/>
          <w:b/>
          <w:bCs/>
        </w:rPr>
        <w:t>horen</w:t>
      </w:r>
      <w:proofErr w:type="spellEnd"/>
      <w:r>
        <w:rPr>
          <w:rStyle w:val="Zwaar"/>
          <w:b/>
          <w:bCs/>
        </w:rPr>
        <w:t>?</w:t>
      </w:r>
    </w:p>
    <w:p w14:paraId="2DE0CDA7" w14:textId="77777777" w:rsidR="003A2AF4" w:rsidRDefault="003A2AF4" w:rsidP="003A2AF4">
      <w:pPr>
        <w:pStyle w:val="Normaalweb"/>
      </w:pPr>
      <w:r>
        <w:t>Kruis hieronder aan op welke manieren je als burger invloed kunt uitoefenen op de politiek:</w:t>
      </w:r>
    </w:p>
    <w:p w14:paraId="243E5829" w14:textId="77777777" w:rsidR="003A2AF4" w:rsidRDefault="003A2AF4" w:rsidP="003A2AF4">
      <w:pPr>
        <w:pStyle w:val="Normaalweb"/>
      </w:pPr>
      <w:r>
        <w:rPr>
          <w:rFonts w:ascii="Segoe UI Symbol" w:hAnsi="Segoe UI Symbol" w:cs="Segoe UI Symbol"/>
        </w:rPr>
        <w:t>☐</w:t>
      </w:r>
      <w:r>
        <w:t xml:space="preserve"> Stemmen bij verkiezingen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Een petitie starten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Meedoen aan een project zoals </w:t>
      </w:r>
      <w:r>
        <w:rPr>
          <w:rStyle w:val="Nadruk"/>
        </w:rPr>
        <w:t>Stem van de Waadhoeke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Inspreken bij een raadsvergadering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Een brief of e-mail schrijven aan de wethouder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Klagen op </w:t>
      </w:r>
      <w:proofErr w:type="spellStart"/>
      <w:r>
        <w:t>social</w:t>
      </w:r>
      <w:proofErr w:type="spellEnd"/>
      <w:r>
        <w:t xml:space="preserve"> media zonder actie te ondernemen</w:t>
      </w:r>
      <w:r>
        <w:br/>
      </w:r>
      <w:r>
        <w:rPr>
          <w:rFonts w:ascii="Segoe UI Symbol" w:hAnsi="Segoe UI Symbol" w:cs="Segoe UI Symbol"/>
        </w:rPr>
        <w:lastRenderedPageBreak/>
        <w:t>☐</w:t>
      </w:r>
      <w:r>
        <w:t xml:space="preserve"> Je aansluiten bij een politieke partij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Meedoen aan een protest of demonstratie</w:t>
      </w:r>
    </w:p>
    <w:p w14:paraId="06C8E43B" w14:textId="77777777" w:rsidR="003A2AF4" w:rsidRDefault="003A2AF4" w:rsidP="003A2AF4">
      <w:pPr>
        <w:pStyle w:val="Normaalweb"/>
      </w:pPr>
      <w:r>
        <w:rPr>
          <w:rStyle w:val="Zwaar"/>
        </w:rPr>
        <w:t>Welke drie manieren vind jij het meest passend bij jezelf? En waarom?</w:t>
      </w:r>
    </w:p>
    <w:p w14:paraId="63E85BE9" w14:textId="77777777" w:rsidR="003A2AF4" w:rsidRDefault="003A2AF4" w:rsidP="003A2AF4">
      <w:pPr>
        <w:pStyle w:val="Normaalweb"/>
        <w:numPr>
          <w:ilvl w:val="0"/>
          <w:numId w:val="16"/>
        </w:numPr>
      </w:pPr>
      <w:r>
        <w:t>______________________________________ → Waarom: _______________________</w:t>
      </w:r>
    </w:p>
    <w:p w14:paraId="641AE77D" w14:textId="77777777" w:rsidR="003A2AF4" w:rsidRDefault="003A2AF4" w:rsidP="003A2AF4">
      <w:pPr>
        <w:pStyle w:val="Normaalweb"/>
        <w:numPr>
          <w:ilvl w:val="0"/>
          <w:numId w:val="16"/>
        </w:numPr>
      </w:pPr>
      <w:r>
        <w:t>______________________________________ → Waarom: _______________________</w:t>
      </w:r>
    </w:p>
    <w:p w14:paraId="772F8B30" w14:textId="77777777" w:rsidR="003A2AF4" w:rsidRDefault="003A2AF4" w:rsidP="003A2AF4">
      <w:pPr>
        <w:pStyle w:val="Normaalweb"/>
        <w:numPr>
          <w:ilvl w:val="0"/>
          <w:numId w:val="16"/>
        </w:numPr>
      </w:pPr>
      <w:r>
        <w:t>______________________________________ → Waarom: _______________________</w:t>
      </w:r>
    </w:p>
    <w:p w14:paraId="75FB960A" w14:textId="77777777" w:rsidR="003A2AF4" w:rsidRDefault="003A2AF4" w:rsidP="003A2AF4">
      <w:r>
        <w:pict w14:anchorId="512BA72A">
          <v:rect id="_x0000_i1091" style="width:0;height:1.5pt" o:hralign="center" o:hrstd="t" o:hr="t" fillcolor="#a0a0a0" stroked="f"/>
        </w:pict>
      </w:r>
    </w:p>
    <w:p w14:paraId="4FB7E329" w14:textId="77777777" w:rsidR="003A2AF4" w:rsidRDefault="003A2AF4" w:rsidP="003A2AF4">
      <w:pPr>
        <w:pStyle w:val="Kop1"/>
      </w:pPr>
      <w:proofErr w:type="spellStart"/>
      <w:r>
        <w:rPr>
          <w:rStyle w:val="Zwaar"/>
          <w:b/>
          <w:bCs/>
        </w:rPr>
        <w:t>Opdracht</w:t>
      </w:r>
      <w:proofErr w:type="spellEnd"/>
      <w:r>
        <w:rPr>
          <w:rStyle w:val="Zwaar"/>
          <w:b/>
          <w:bCs/>
        </w:rPr>
        <w:t xml:space="preserve"> 3 – Wat </w:t>
      </w:r>
      <w:proofErr w:type="spellStart"/>
      <w:r>
        <w:rPr>
          <w:rStyle w:val="Zwaar"/>
          <w:b/>
          <w:bCs/>
        </w:rPr>
        <w:t>vind</w:t>
      </w:r>
      <w:proofErr w:type="spellEnd"/>
      <w:r>
        <w:rPr>
          <w:rStyle w:val="Zwaar"/>
          <w:b/>
          <w:bCs/>
        </w:rPr>
        <w:t xml:space="preserve"> </w:t>
      </w:r>
      <w:proofErr w:type="spellStart"/>
      <w:r>
        <w:rPr>
          <w:rStyle w:val="Zwaar"/>
          <w:b/>
          <w:bCs/>
        </w:rPr>
        <w:t>jij</w:t>
      </w:r>
      <w:proofErr w:type="spellEnd"/>
      <w:r>
        <w:rPr>
          <w:rStyle w:val="Zwaar"/>
          <w:b/>
          <w:bCs/>
        </w:rPr>
        <w:t xml:space="preserve"> </w:t>
      </w:r>
      <w:proofErr w:type="spellStart"/>
      <w:r>
        <w:rPr>
          <w:rStyle w:val="Zwaar"/>
          <w:b/>
          <w:bCs/>
        </w:rPr>
        <w:t>belangrijk</w:t>
      </w:r>
      <w:proofErr w:type="spellEnd"/>
      <w:r>
        <w:rPr>
          <w:rStyle w:val="Zwaar"/>
          <w:b/>
          <w:bCs/>
        </w:rPr>
        <w:t xml:space="preserve"> in </w:t>
      </w:r>
      <w:proofErr w:type="spellStart"/>
      <w:r>
        <w:rPr>
          <w:rStyle w:val="Zwaar"/>
          <w:b/>
          <w:bCs/>
        </w:rPr>
        <w:t>jouw</w:t>
      </w:r>
      <w:proofErr w:type="spellEnd"/>
      <w:r>
        <w:rPr>
          <w:rStyle w:val="Zwaar"/>
          <w:b/>
          <w:bCs/>
        </w:rPr>
        <w:t xml:space="preserve"> </w:t>
      </w:r>
      <w:proofErr w:type="spellStart"/>
      <w:r>
        <w:rPr>
          <w:rStyle w:val="Zwaar"/>
          <w:b/>
          <w:bCs/>
        </w:rPr>
        <w:t>buurt</w:t>
      </w:r>
      <w:proofErr w:type="spellEnd"/>
      <w:r>
        <w:rPr>
          <w:rStyle w:val="Zwaar"/>
          <w:b/>
          <w:bCs/>
        </w:rPr>
        <w:t xml:space="preserve"> of school?</w:t>
      </w:r>
    </w:p>
    <w:p w14:paraId="5C927A87" w14:textId="77777777" w:rsidR="003A2AF4" w:rsidRDefault="003A2AF4" w:rsidP="003A2AF4">
      <w:pPr>
        <w:pStyle w:val="Normaalweb"/>
      </w:pPr>
      <w:r>
        <w:t>Schrijf hieronder één ding op dat jij graag zou willen veranderen of verbeteren in jouw buurt of op school:</w:t>
      </w:r>
    </w:p>
    <w:p w14:paraId="7A7376B0" w14:textId="77777777" w:rsidR="003A2AF4" w:rsidRDefault="003A2AF4" w:rsidP="003A2AF4">
      <w:pPr>
        <w:pStyle w:val="Normaalweb"/>
      </w:pPr>
      <w:r>
        <w:rPr>
          <w:rStyle w:val="Zwaar"/>
        </w:rPr>
        <w:t>Wat wil je veranderen?</w:t>
      </w:r>
      <w:r>
        <w:br/>
      </w:r>
      <w:r>
        <w:rPr>
          <w:rFonts w:ascii="Segoe UI Symbol" w:hAnsi="Segoe UI Symbol" w:cs="Segoe UI Symbol"/>
        </w:rPr>
        <w:t>✎</w:t>
      </w:r>
      <w:r>
        <w:t xml:space="preserve"> ___________________________________________________________</w:t>
      </w:r>
    </w:p>
    <w:p w14:paraId="3A9D427C" w14:textId="77777777" w:rsidR="003A2AF4" w:rsidRDefault="003A2AF4" w:rsidP="003A2AF4">
      <w:pPr>
        <w:pStyle w:val="Normaalweb"/>
      </w:pPr>
      <w:r>
        <w:rPr>
          <w:rStyle w:val="Zwaar"/>
        </w:rPr>
        <w:t>Waarom is dat belangrijk?</w:t>
      </w:r>
      <w:r>
        <w:br/>
      </w:r>
      <w:r>
        <w:rPr>
          <w:rFonts w:ascii="Segoe UI Symbol" w:hAnsi="Segoe UI Symbol" w:cs="Segoe UI Symbol"/>
        </w:rPr>
        <w:t>✎</w:t>
      </w:r>
      <w:r>
        <w:t xml:space="preserve"> ___________________________________________________________</w:t>
      </w:r>
    </w:p>
    <w:p w14:paraId="3E0C7553" w14:textId="77777777" w:rsidR="003A2AF4" w:rsidRDefault="003A2AF4" w:rsidP="003A2AF4">
      <w:pPr>
        <w:pStyle w:val="Normaalweb"/>
      </w:pPr>
      <w:r>
        <w:rPr>
          <w:rStyle w:val="Zwaar"/>
        </w:rPr>
        <w:t>Wie zou dat kunnen regelen?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De schooldirectie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De gemeente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De buurtbewoners</w:t>
      </w:r>
      <w:r>
        <w:br/>
      </w:r>
      <w:r>
        <w:rPr>
          <w:rFonts w:ascii="Segoe UI Symbol" w:hAnsi="Segoe UI Symbol" w:cs="Segoe UI Symbol"/>
        </w:rPr>
        <w:t>☐</w:t>
      </w:r>
      <w:r>
        <w:t xml:space="preserve"> Iemand anders, namelijk: _______________________</w:t>
      </w:r>
    </w:p>
    <w:p w14:paraId="7EFDC8AA" w14:textId="77777777" w:rsidR="003A2AF4" w:rsidRDefault="003A2AF4" w:rsidP="003A2AF4">
      <w:r>
        <w:pict w14:anchorId="12B8E3CE">
          <v:rect id="_x0000_i1092" style="width:0;height:1.5pt" o:hralign="center" o:hrstd="t" o:hr="t" fillcolor="#a0a0a0" stroked="f"/>
        </w:pict>
      </w:r>
    </w:p>
    <w:p w14:paraId="690827F4" w14:textId="77777777" w:rsidR="003A2AF4" w:rsidRDefault="003A2AF4" w:rsidP="003A2AF4">
      <w:pPr>
        <w:pStyle w:val="Kop1"/>
      </w:pPr>
      <w:proofErr w:type="spellStart"/>
      <w:r>
        <w:rPr>
          <w:rStyle w:val="Zwaar"/>
          <w:b/>
          <w:bCs/>
        </w:rPr>
        <w:t>Opdracht</w:t>
      </w:r>
      <w:proofErr w:type="spellEnd"/>
      <w:r>
        <w:rPr>
          <w:rStyle w:val="Zwaar"/>
          <w:b/>
          <w:bCs/>
        </w:rPr>
        <w:t xml:space="preserve"> 4 – </w:t>
      </w:r>
      <w:proofErr w:type="spellStart"/>
      <w:r>
        <w:rPr>
          <w:rStyle w:val="Zwaar"/>
          <w:b/>
          <w:bCs/>
        </w:rPr>
        <w:t>Voorbereiding</w:t>
      </w:r>
      <w:proofErr w:type="spellEnd"/>
      <w:r>
        <w:rPr>
          <w:rStyle w:val="Zwaar"/>
          <w:b/>
          <w:bCs/>
        </w:rPr>
        <w:t xml:space="preserve"> op les 2: </w:t>
      </w:r>
      <w:proofErr w:type="spellStart"/>
      <w:r>
        <w:rPr>
          <w:rStyle w:val="Zwaar"/>
          <w:b/>
          <w:bCs/>
        </w:rPr>
        <w:t>vraag</w:t>
      </w:r>
      <w:proofErr w:type="spellEnd"/>
      <w:r>
        <w:rPr>
          <w:rStyle w:val="Zwaar"/>
          <w:b/>
          <w:bCs/>
        </w:rPr>
        <w:t xml:space="preserve"> </w:t>
      </w:r>
      <w:proofErr w:type="spellStart"/>
      <w:r>
        <w:rPr>
          <w:rStyle w:val="Zwaar"/>
          <w:b/>
          <w:bCs/>
        </w:rPr>
        <w:t>aan</w:t>
      </w:r>
      <w:proofErr w:type="spellEnd"/>
      <w:r>
        <w:rPr>
          <w:rStyle w:val="Zwaar"/>
          <w:b/>
          <w:bCs/>
        </w:rPr>
        <w:t xml:space="preserve"> de </w:t>
      </w:r>
      <w:proofErr w:type="spellStart"/>
      <w:r>
        <w:rPr>
          <w:rStyle w:val="Zwaar"/>
          <w:b/>
          <w:bCs/>
        </w:rPr>
        <w:t>wethouder</w:t>
      </w:r>
      <w:proofErr w:type="spellEnd"/>
    </w:p>
    <w:p w14:paraId="78F1A1C4" w14:textId="77777777" w:rsidR="003A2AF4" w:rsidRDefault="003A2AF4" w:rsidP="003A2AF4">
      <w:pPr>
        <w:pStyle w:val="Normaalweb"/>
      </w:pPr>
      <w:r>
        <w:t>Volgende les komt een wethouder op bezoek. Wat zou jij aan hem of haar willen vragen?</w:t>
      </w:r>
    </w:p>
    <w:p w14:paraId="68D7CC25" w14:textId="77777777" w:rsidR="003A2AF4" w:rsidRDefault="003A2AF4" w:rsidP="003A2AF4">
      <w:pPr>
        <w:pStyle w:val="Normaalweb"/>
      </w:pPr>
      <w:r>
        <w:rPr>
          <w:rFonts w:ascii="Segoe UI Symbol" w:hAnsi="Segoe UI Symbol" w:cs="Segoe UI Symbol"/>
        </w:rPr>
        <w:t>✎</w:t>
      </w:r>
      <w:r>
        <w:t xml:space="preserve"> _____________________________________________________________________</w:t>
      </w:r>
      <w:r>
        <w:br/>
      </w:r>
      <w:r>
        <w:rPr>
          <w:rFonts w:ascii="Segoe UI Symbol" w:hAnsi="Segoe UI Symbol" w:cs="Segoe UI Symbol"/>
        </w:rPr>
        <w:t>✎</w:t>
      </w:r>
      <w:r>
        <w:t xml:space="preserve"> _____________________________________________________________________</w:t>
      </w:r>
    </w:p>
    <w:p w14:paraId="39BF8FAB" w14:textId="77777777" w:rsidR="003A2AF4" w:rsidRDefault="003A2AF4" w:rsidP="003A2AF4">
      <w:r>
        <w:pict w14:anchorId="5A081EBD">
          <v:rect id="_x0000_i1093" style="width:0;height:1.5pt" o:hralign="center" o:hrstd="t" o:hr="t" fillcolor="#a0a0a0" stroked="f"/>
        </w:pict>
      </w:r>
    </w:p>
    <w:p w14:paraId="04F76000" w14:textId="77777777" w:rsidR="003A2AF4" w:rsidRDefault="003A2AF4" w:rsidP="003A2AF4"/>
    <w:p w14:paraId="212AA16A" w14:textId="77777777" w:rsidR="003A2AF4" w:rsidRDefault="003A2AF4" w:rsidP="003A2AF4">
      <w:r>
        <w:rPr>
          <w:noProof/>
        </w:rPr>
        <w:drawing>
          <wp:inline distT="0" distB="0" distL="0" distR="0" wp14:anchorId="59C9E1AE" wp14:editId="30E3A388">
            <wp:extent cx="5028798" cy="4267200"/>
            <wp:effectExtent l="0" t="0" r="63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(1).jpg"/>
                    <pic:cNvPicPr/>
                  </pic:nvPicPr>
                  <pic:blipFill rotWithShape="1">
                    <a:blip r:embed="rId9"/>
                    <a:srcRect b="41919"/>
                    <a:stretch/>
                  </pic:blipFill>
                  <pic:spPr bwMode="auto">
                    <a:xfrm>
                      <a:off x="0" y="0"/>
                      <a:ext cx="5029200" cy="4267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F28EF" w14:textId="77777777" w:rsidR="003A2AF4" w:rsidRDefault="003A2AF4" w:rsidP="003A2AF4">
      <w:r w:rsidRPr="002C4F0E">
        <w:t>https://stemvanwaadhoeke.nl/budgets/2#phase-1-informatie</w:t>
      </w:r>
    </w:p>
    <w:p w14:paraId="58525953" w14:textId="77777777" w:rsidR="003A2AF4" w:rsidRDefault="003A2AF4" w:rsidP="003A2AF4">
      <w:pPr>
        <w:pStyle w:val="Kop1"/>
      </w:pPr>
      <w:proofErr w:type="spellStart"/>
      <w:r>
        <w:t>Uitleg</w:t>
      </w:r>
      <w:proofErr w:type="spellEnd"/>
      <w:r>
        <w:t xml:space="preserve"> – Wat </w:t>
      </w:r>
      <w:proofErr w:type="spellStart"/>
      <w:r>
        <w:t>doet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wethouder</w:t>
      </w:r>
      <w:proofErr w:type="spellEnd"/>
      <w:r>
        <w:t>?</w:t>
      </w:r>
    </w:p>
    <w:p w14:paraId="6A39B2C5" w14:textId="77777777" w:rsidR="003A2AF4" w:rsidRDefault="003A2AF4" w:rsidP="003A2AF4">
      <w:proofErr w:type="spellStart"/>
      <w:r>
        <w:t>Een</w:t>
      </w:r>
      <w:proofErr w:type="spellEnd"/>
      <w:r>
        <w:t xml:space="preserve"> </w:t>
      </w:r>
      <w:proofErr w:type="spellStart"/>
      <w:r>
        <w:t>wethouder</w:t>
      </w:r>
      <w:proofErr w:type="spellEnd"/>
      <w:r>
        <w:t xml:space="preserve"> is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bestuurder</w:t>
      </w:r>
      <w:proofErr w:type="spellEnd"/>
      <w:r>
        <w:t xml:space="preserve"> van de </w:t>
      </w:r>
      <w:proofErr w:type="spellStart"/>
      <w:r>
        <w:t>gemeente</w:t>
      </w:r>
      <w:proofErr w:type="spellEnd"/>
      <w:r>
        <w:t xml:space="preserve">. </w:t>
      </w:r>
      <w:proofErr w:type="spellStart"/>
      <w:r>
        <w:t>Hij</w:t>
      </w:r>
      <w:proofErr w:type="spellEnd"/>
      <w:r>
        <w:t xml:space="preserve"> of </w:t>
      </w:r>
      <w:proofErr w:type="spellStart"/>
      <w:r>
        <w:t>zij</w:t>
      </w:r>
      <w:proofErr w:type="spellEnd"/>
      <w:r>
        <w:t xml:space="preserve"> </w:t>
      </w:r>
      <w:proofErr w:type="spellStart"/>
      <w:r>
        <w:t>werkt</w:t>
      </w:r>
      <w:proofErr w:type="spellEnd"/>
      <w:r>
        <w:t xml:space="preserve"> </w:t>
      </w:r>
      <w:proofErr w:type="spellStart"/>
      <w:r>
        <w:t>samen</w:t>
      </w:r>
      <w:proofErr w:type="spellEnd"/>
      <w:r>
        <w:t xml:space="preserve"> met de </w:t>
      </w:r>
      <w:proofErr w:type="spellStart"/>
      <w:r>
        <w:t>burgemeester</w:t>
      </w:r>
      <w:proofErr w:type="spellEnd"/>
      <w:r>
        <w:t xml:space="preserve"> en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wethouders</w:t>
      </w:r>
      <w:proofErr w:type="spellEnd"/>
      <w:r>
        <w:t xml:space="preserve"> in het college van B&amp;W (</w:t>
      </w:r>
      <w:proofErr w:type="spellStart"/>
      <w:r>
        <w:t>Burgemeester</w:t>
      </w:r>
      <w:proofErr w:type="spellEnd"/>
      <w:r>
        <w:t xml:space="preserve"> en </w:t>
      </w:r>
      <w:proofErr w:type="spellStart"/>
      <w:r>
        <w:t>Wethouders</w:t>
      </w:r>
      <w:proofErr w:type="spellEnd"/>
      <w:r>
        <w:t>).</w:t>
      </w:r>
    </w:p>
    <w:p w14:paraId="428C25CE" w14:textId="77777777" w:rsidR="003A2AF4" w:rsidRDefault="003A2AF4" w:rsidP="003A2AF4">
      <w:r>
        <w:t xml:space="preserve">Wat </w:t>
      </w:r>
      <w:proofErr w:type="spellStart"/>
      <w:r>
        <w:t>doet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wethouder</w:t>
      </w:r>
      <w:proofErr w:type="spellEnd"/>
      <w:r>
        <w:t>?</w:t>
      </w:r>
    </w:p>
    <w:p w14:paraId="15931B71" w14:textId="77777777" w:rsidR="003A2AF4" w:rsidRDefault="003A2AF4" w:rsidP="003A2AF4">
      <w:r>
        <w:t xml:space="preserve">- </w:t>
      </w:r>
      <w:proofErr w:type="spellStart"/>
      <w:r>
        <w:t>Voert</w:t>
      </w:r>
      <w:proofErr w:type="spellEnd"/>
      <w:r>
        <w:t xml:space="preserve"> </w:t>
      </w:r>
      <w:proofErr w:type="spellStart"/>
      <w:r>
        <w:t>beleid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is </w:t>
      </w:r>
      <w:proofErr w:type="spellStart"/>
      <w:r>
        <w:t>afgesproken</w:t>
      </w:r>
      <w:proofErr w:type="spellEnd"/>
      <w:r>
        <w:t xml:space="preserve"> door de </w:t>
      </w:r>
      <w:proofErr w:type="spellStart"/>
      <w:r>
        <w:t>gemeenteraad</w:t>
      </w:r>
      <w:proofErr w:type="spellEnd"/>
      <w:r>
        <w:t>.</w:t>
      </w:r>
      <w:r>
        <w:br/>
        <w:t xml:space="preserve">- Is </w:t>
      </w:r>
      <w:proofErr w:type="spellStart"/>
      <w:r>
        <w:t>verantwoordelijk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eigen </w:t>
      </w:r>
      <w:proofErr w:type="spellStart"/>
      <w:r>
        <w:t>onderwerp</w:t>
      </w:r>
      <w:proofErr w:type="spellEnd"/>
      <w:r>
        <w:t xml:space="preserve"> (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verkeer</w:t>
      </w:r>
      <w:proofErr w:type="spellEnd"/>
      <w:r>
        <w:t xml:space="preserve">, </w:t>
      </w:r>
      <w:proofErr w:type="spellStart"/>
      <w:r>
        <w:t>jongeren</w:t>
      </w:r>
      <w:proofErr w:type="spellEnd"/>
      <w:r>
        <w:t>, milieu).</w:t>
      </w:r>
      <w:r>
        <w:br/>
        <w:t xml:space="preserve">- </w:t>
      </w:r>
      <w:proofErr w:type="spellStart"/>
      <w:r>
        <w:t>Geeft</w:t>
      </w:r>
      <w:proofErr w:type="spellEnd"/>
      <w:r>
        <w:t xml:space="preserve"> </w:t>
      </w:r>
      <w:proofErr w:type="spellStart"/>
      <w:r>
        <w:t>leiding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</w:t>
      </w:r>
      <w:proofErr w:type="spellStart"/>
      <w:r>
        <w:t>ambtenaren</w:t>
      </w:r>
      <w:proofErr w:type="spellEnd"/>
      <w:r>
        <w:t xml:space="preserve"> die </w:t>
      </w:r>
      <w:proofErr w:type="spellStart"/>
      <w:r>
        <w:t>plannen</w:t>
      </w:r>
      <w:proofErr w:type="spellEnd"/>
      <w:r>
        <w:t xml:space="preserve"> </w:t>
      </w:r>
      <w:proofErr w:type="spellStart"/>
      <w:r>
        <w:t>uitvoeren</w:t>
      </w:r>
      <w:proofErr w:type="spellEnd"/>
      <w:r>
        <w:t>.</w:t>
      </w:r>
      <w:r>
        <w:br/>
        <w:t xml:space="preserve">- </w:t>
      </w:r>
      <w:proofErr w:type="spellStart"/>
      <w:r>
        <w:t>Legt</w:t>
      </w:r>
      <w:proofErr w:type="spellEnd"/>
      <w:r>
        <w:t xml:space="preserve"> </w:t>
      </w:r>
      <w:proofErr w:type="spellStart"/>
      <w:r>
        <w:t>verantwoording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de </w:t>
      </w:r>
      <w:proofErr w:type="spellStart"/>
      <w:r>
        <w:t>gemeenteraad</w:t>
      </w:r>
      <w:proofErr w:type="spellEnd"/>
      <w:r>
        <w:t>.</w:t>
      </w:r>
      <w:r>
        <w:br/>
        <w:t xml:space="preserve">- </w:t>
      </w:r>
      <w:proofErr w:type="spellStart"/>
      <w:r>
        <w:t>Heeft</w:t>
      </w:r>
      <w:proofErr w:type="spellEnd"/>
      <w:r>
        <w:t xml:space="preserve"> contact met </w:t>
      </w:r>
      <w:proofErr w:type="spellStart"/>
      <w:r>
        <w:t>inwoners</w:t>
      </w:r>
      <w:proofErr w:type="spellEnd"/>
      <w:r>
        <w:t xml:space="preserve">, </w:t>
      </w:r>
      <w:proofErr w:type="spellStart"/>
      <w:r>
        <w:t>bedrijven</w:t>
      </w:r>
      <w:proofErr w:type="spellEnd"/>
      <w:r>
        <w:t xml:space="preserve"> en </w:t>
      </w:r>
      <w:proofErr w:type="spellStart"/>
      <w:r>
        <w:t>organisaties</w:t>
      </w:r>
      <w:proofErr w:type="spellEnd"/>
      <w:r>
        <w:t>.</w:t>
      </w:r>
    </w:p>
    <w:p w14:paraId="47907C17" w14:textId="77777777" w:rsidR="003A2AF4" w:rsidRDefault="003A2AF4" w:rsidP="003A2AF4">
      <w:proofErr w:type="spellStart"/>
      <w:r>
        <w:t>Voorbeeld</w:t>
      </w:r>
      <w:proofErr w:type="spellEnd"/>
      <w:r>
        <w:t xml:space="preserve">: </w:t>
      </w:r>
      <w:proofErr w:type="spellStart"/>
      <w:r>
        <w:t>Als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in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buurt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hard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gereden</w:t>
      </w:r>
      <w:proofErr w:type="spellEnd"/>
      <w:r>
        <w:t xml:space="preserve">, </w:t>
      </w:r>
      <w:proofErr w:type="spellStart"/>
      <w:r>
        <w:t>kan</w:t>
      </w:r>
      <w:proofErr w:type="spellEnd"/>
      <w:r>
        <w:t xml:space="preserve"> de </w:t>
      </w:r>
      <w:proofErr w:type="spellStart"/>
      <w:r>
        <w:t>wethouder</w:t>
      </w:r>
      <w:proofErr w:type="spellEnd"/>
      <w:r>
        <w:t xml:space="preserve"> </w:t>
      </w:r>
      <w:proofErr w:type="spellStart"/>
      <w:r>
        <w:t>verkeer</w:t>
      </w:r>
      <w:proofErr w:type="spellEnd"/>
      <w:r>
        <w:t xml:space="preserve"> </w:t>
      </w:r>
      <w:proofErr w:type="spellStart"/>
      <w:r>
        <w:t>onderzoeken</w:t>
      </w:r>
      <w:proofErr w:type="spellEnd"/>
      <w:r>
        <w:t xml:space="preserve"> of </w:t>
      </w:r>
      <w:proofErr w:type="spellStart"/>
      <w:r>
        <w:t>er</w:t>
      </w:r>
      <w:proofErr w:type="spellEnd"/>
      <w:r>
        <w:t xml:space="preserve"> </w:t>
      </w:r>
      <w:proofErr w:type="spellStart"/>
      <w:r>
        <w:t>drempels</w:t>
      </w:r>
      <w:proofErr w:type="spellEnd"/>
      <w:r>
        <w:t xml:space="preserve"> </w:t>
      </w:r>
      <w:proofErr w:type="spellStart"/>
      <w:r>
        <w:t>geplaatst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. Na </w:t>
      </w:r>
      <w:proofErr w:type="spellStart"/>
      <w:r>
        <w:t>goedkeuring</w:t>
      </w:r>
      <w:proofErr w:type="spellEnd"/>
      <w:r>
        <w:t xml:space="preserve"> </w:t>
      </w:r>
      <w:proofErr w:type="spellStart"/>
      <w:r>
        <w:t>voert</w:t>
      </w:r>
      <w:proofErr w:type="spellEnd"/>
      <w:r>
        <w:t xml:space="preserve"> </w:t>
      </w:r>
      <w:proofErr w:type="spellStart"/>
      <w:r>
        <w:t>hij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uit</w:t>
      </w:r>
      <w:proofErr w:type="spellEnd"/>
      <w:r>
        <w:t>.</w:t>
      </w:r>
    </w:p>
    <w:p w14:paraId="0CF5677C" w14:textId="77777777" w:rsidR="003A2AF4" w:rsidRDefault="003A2AF4" w:rsidP="003A2AF4">
      <w:r>
        <w:pict w14:anchorId="04902EC0">
          <v:rect id="_x0000_i1094" style="width:0;height:1.5pt" o:hralign="center" o:hrstd="t" o:hr="t" fillcolor="#a0a0a0" stroked="f"/>
        </w:pict>
      </w:r>
    </w:p>
    <w:p w14:paraId="3D8FAD74" w14:textId="77777777" w:rsidR="003A2AF4" w:rsidRDefault="003A2AF4" w:rsidP="003A2AF4">
      <w:pPr>
        <w:pStyle w:val="Kop2"/>
      </w:pPr>
      <w:r>
        <w:rPr>
          <w:rStyle w:val="Zwaar"/>
          <w:b/>
          <w:bCs/>
        </w:rPr>
        <w:t xml:space="preserve"> De </w:t>
      </w:r>
      <w:proofErr w:type="spellStart"/>
      <w:r>
        <w:rPr>
          <w:rStyle w:val="Zwaar"/>
          <w:b/>
          <w:bCs/>
        </w:rPr>
        <w:t>wethouder</w:t>
      </w:r>
      <w:proofErr w:type="spellEnd"/>
      <w:r>
        <w:rPr>
          <w:rStyle w:val="Zwaar"/>
          <w:b/>
          <w:bCs/>
        </w:rPr>
        <w:t xml:space="preserve"> </w:t>
      </w:r>
      <w:proofErr w:type="spellStart"/>
      <w:r>
        <w:rPr>
          <w:rStyle w:val="Zwaar"/>
          <w:b/>
          <w:bCs/>
        </w:rPr>
        <w:t>heeft</w:t>
      </w:r>
      <w:proofErr w:type="spellEnd"/>
      <w:r>
        <w:rPr>
          <w:rStyle w:val="Zwaar"/>
          <w:b/>
          <w:bCs/>
        </w:rPr>
        <w:t xml:space="preserve"> twee taken</w:t>
      </w:r>
    </w:p>
    <w:p w14:paraId="4BFE17D4" w14:textId="77777777" w:rsidR="003A2AF4" w:rsidRDefault="003A2AF4" w:rsidP="003A2AF4">
      <w:pPr>
        <w:pStyle w:val="Normaalweb"/>
      </w:pPr>
      <w:r>
        <w:t xml:space="preserve">Een wethouder heeft </w:t>
      </w:r>
      <w:r>
        <w:rPr>
          <w:rStyle w:val="Zwaar"/>
        </w:rPr>
        <w:t>twee belangrijke taken</w:t>
      </w:r>
      <w:r>
        <w:t xml:space="preserve"> in de gemeente:</w:t>
      </w:r>
    </w:p>
    <w:p w14:paraId="6DE4EDF0" w14:textId="77777777" w:rsidR="003A2AF4" w:rsidRDefault="003A2AF4" w:rsidP="003A2AF4">
      <w:pPr>
        <w:pStyle w:val="Kop3"/>
      </w:pPr>
      <w:r>
        <w:t xml:space="preserve">1. </w:t>
      </w:r>
      <w:proofErr w:type="spellStart"/>
      <w:r>
        <w:rPr>
          <w:rStyle w:val="Zwaar"/>
          <w:b/>
          <w:bCs/>
        </w:rPr>
        <w:t>Wetgevende</w:t>
      </w:r>
      <w:proofErr w:type="spellEnd"/>
      <w:r>
        <w:rPr>
          <w:rStyle w:val="Zwaar"/>
          <w:b/>
          <w:bCs/>
        </w:rPr>
        <w:t xml:space="preserve"> </w:t>
      </w:r>
      <w:proofErr w:type="spellStart"/>
      <w:r>
        <w:rPr>
          <w:rStyle w:val="Zwaar"/>
          <w:b/>
          <w:bCs/>
        </w:rPr>
        <w:t>taak</w:t>
      </w:r>
      <w:proofErr w:type="spellEnd"/>
    </w:p>
    <w:p w14:paraId="02890CCC" w14:textId="77777777" w:rsidR="003A2AF4" w:rsidRDefault="003A2AF4" w:rsidP="003A2AF4">
      <w:pPr>
        <w:pStyle w:val="Normaalweb"/>
      </w:pPr>
      <w:r>
        <w:t xml:space="preserve">Dat betekent: </w:t>
      </w:r>
      <w:r>
        <w:rPr>
          <w:rStyle w:val="Zwaar"/>
        </w:rPr>
        <w:t>meedenken en voorstellen maken over nieuwe regels en plannen</w:t>
      </w:r>
      <w:r>
        <w:t xml:space="preserve"> voor de gemeente.</w:t>
      </w:r>
      <w:r>
        <w:br/>
        <w:t xml:space="preserve">De wethouder bespreekt deze plannen met de </w:t>
      </w:r>
      <w:r>
        <w:rPr>
          <w:rStyle w:val="Zwaar"/>
        </w:rPr>
        <w:t>gemeenteraad</w:t>
      </w:r>
      <w:r>
        <w:t xml:space="preserve">, die uiteindelijk beslist of een plan mag doorgaan. De gemeenteraad </w:t>
      </w:r>
      <w:r>
        <w:rPr>
          <w:rStyle w:val="Zwaar"/>
        </w:rPr>
        <w:t>stemt</w:t>
      </w:r>
      <w:r>
        <w:t xml:space="preserve"> over het plan.</w:t>
      </w:r>
    </w:p>
    <w:p w14:paraId="5EBCA448" w14:textId="77777777" w:rsidR="003A2AF4" w:rsidRDefault="003A2AF4" w:rsidP="003A2AF4">
      <w:pPr>
        <w:pStyle w:val="Normaalweb"/>
      </w:pPr>
      <w:r>
        <w:rPr>
          <w:rStyle w:val="Zwaar"/>
        </w:rPr>
        <w:t>Voorbeeld uit St.-Annaparochie:</w:t>
      </w:r>
      <w:r>
        <w:br/>
        <w:t xml:space="preserve">De gemeente wilde iets doen aan zeven drukke straten. De wethouder stelde voor om </w:t>
      </w:r>
      <w:r>
        <w:rPr>
          <w:rStyle w:val="Zwaar"/>
        </w:rPr>
        <w:t>burgers mee te laten denken</w:t>
      </w:r>
      <w:r>
        <w:t xml:space="preserve"> over ideeën voor de herinrichting. Dat plan moest worden besproken met de gemeenteraad. De raad gaf toestemming om het burgerproject </w:t>
      </w:r>
      <w:r>
        <w:rPr>
          <w:rStyle w:val="Nadruk"/>
        </w:rPr>
        <w:t>Stem van de Waadhoeke</w:t>
      </w:r>
      <w:r>
        <w:t xml:space="preserve"> te starten. Dat hoort bij de </w:t>
      </w:r>
      <w:r>
        <w:rPr>
          <w:rStyle w:val="Zwaar"/>
        </w:rPr>
        <w:t>wetgevende taak</w:t>
      </w:r>
      <w:r>
        <w:t xml:space="preserve"> van de wethouder: een voorstel doen en dat voorleggen aan de gemeenteraad.</w:t>
      </w:r>
    </w:p>
    <w:p w14:paraId="05F74484" w14:textId="77777777" w:rsidR="003A2AF4" w:rsidRDefault="003A2AF4" w:rsidP="003A2AF4">
      <w:r>
        <w:pict w14:anchorId="2A5E396B">
          <v:rect id="_x0000_i1095" style="width:0;height:1.5pt" o:hralign="center" o:hrstd="t" o:hr="t" fillcolor="#a0a0a0" stroked="f"/>
        </w:pict>
      </w:r>
    </w:p>
    <w:p w14:paraId="7A0C24B6" w14:textId="77777777" w:rsidR="003A2AF4" w:rsidRDefault="003A2AF4" w:rsidP="003A2AF4">
      <w:pPr>
        <w:pStyle w:val="Kop3"/>
      </w:pPr>
      <w:r>
        <w:t xml:space="preserve">2. </w:t>
      </w:r>
      <w:proofErr w:type="spellStart"/>
      <w:r>
        <w:rPr>
          <w:rStyle w:val="Zwaar"/>
          <w:b/>
          <w:bCs/>
        </w:rPr>
        <w:t>Uitvoerende</w:t>
      </w:r>
      <w:proofErr w:type="spellEnd"/>
      <w:r>
        <w:rPr>
          <w:rStyle w:val="Zwaar"/>
          <w:b/>
          <w:bCs/>
        </w:rPr>
        <w:t xml:space="preserve"> </w:t>
      </w:r>
      <w:proofErr w:type="spellStart"/>
      <w:r>
        <w:rPr>
          <w:rStyle w:val="Zwaar"/>
          <w:b/>
          <w:bCs/>
        </w:rPr>
        <w:t>taak</w:t>
      </w:r>
      <w:proofErr w:type="spellEnd"/>
    </w:p>
    <w:p w14:paraId="3EE95320" w14:textId="77777777" w:rsidR="003A2AF4" w:rsidRDefault="003A2AF4" w:rsidP="003A2AF4">
      <w:pPr>
        <w:pStyle w:val="Normaalweb"/>
      </w:pPr>
      <w:r>
        <w:t xml:space="preserve">Dat betekent: </w:t>
      </w:r>
      <w:r>
        <w:rPr>
          <w:rStyle w:val="Zwaar"/>
        </w:rPr>
        <w:t>het plan in praktijk brengen</w:t>
      </w:r>
      <w:r>
        <w:t xml:space="preserve"> zodra het is goedgekeurd.</w:t>
      </w:r>
      <w:r>
        <w:br/>
        <w:t>De wethouder zorgt er dan voor dat ambtenaren het plan verder uitwerken, dat er geld beschikbaar komt en dat het uiteindelijk ook echt gebeurt.</w:t>
      </w:r>
    </w:p>
    <w:p w14:paraId="1826D9F4" w14:textId="77777777" w:rsidR="003A2AF4" w:rsidRDefault="003A2AF4" w:rsidP="003A2AF4">
      <w:pPr>
        <w:pStyle w:val="Normaalweb"/>
      </w:pPr>
      <w:r>
        <w:rPr>
          <w:rStyle w:val="Zwaar"/>
        </w:rPr>
        <w:t>Voorbeeld uit St.-Annaparochie:</w:t>
      </w:r>
      <w:r>
        <w:br/>
        <w:t xml:space="preserve">Toen de inwoners ideeën hadden ingestuurd en erop gestemd hadden, ging de wethouder samen met ambtenaren aan de slag. Ze controleerden of de winnende ideeën </w:t>
      </w:r>
      <w:r>
        <w:rPr>
          <w:rStyle w:val="Zwaar"/>
        </w:rPr>
        <w:t>haalbaar</w:t>
      </w:r>
      <w:r>
        <w:t xml:space="preserve"> zijn (bijvoorbeeld: kan het technisch, is er genoeg geld, past het in het beleid?). Daarna worden die plannen toegevoegd aan het </w:t>
      </w:r>
      <w:r>
        <w:rPr>
          <w:rStyle w:val="Zwaar"/>
        </w:rPr>
        <w:t>meerjarenplan van de gemeente</w:t>
      </w:r>
      <w:r>
        <w:t xml:space="preserve">. Dit hoort bij de </w:t>
      </w:r>
      <w:r>
        <w:rPr>
          <w:rStyle w:val="Zwaar"/>
        </w:rPr>
        <w:t>uitvoerende taak</w:t>
      </w:r>
      <w:r>
        <w:t xml:space="preserve"> van de wethouder.</w:t>
      </w:r>
    </w:p>
    <w:p w14:paraId="25842BA0" w14:textId="77777777" w:rsidR="003A2AF4" w:rsidRDefault="003A2AF4" w:rsidP="003A2AF4">
      <w:r>
        <w:pict w14:anchorId="7BCD8427">
          <v:rect id="_x0000_i1096" style="width:0;height:1.5pt" o:hralign="center" o:hrstd="t" o:hr="t" fillcolor="#a0a0a0" stroked="f"/>
        </w:pict>
      </w:r>
    </w:p>
    <w:p w14:paraId="5A8A65A0" w14:textId="77777777" w:rsidR="003A2AF4" w:rsidRDefault="003A2AF4" w:rsidP="003A2AF4">
      <w:pPr>
        <w:pStyle w:val="Kop3"/>
      </w:pPr>
      <w:r>
        <w:rPr>
          <w:rFonts w:ascii="Segoe UI Emoji" w:hAnsi="Segoe UI Emoji" w:cs="Segoe UI Emoji"/>
        </w:rPr>
        <w:t>🧠</w:t>
      </w:r>
      <w:r>
        <w:t xml:space="preserve"> </w:t>
      </w:r>
      <w:r>
        <w:rPr>
          <w:rStyle w:val="Zwaar"/>
          <w:b/>
          <w:bCs/>
        </w:rPr>
        <w:t xml:space="preserve">Kort </w:t>
      </w:r>
      <w:proofErr w:type="spellStart"/>
      <w:r>
        <w:rPr>
          <w:rStyle w:val="Zwaar"/>
          <w:b/>
          <w:bCs/>
        </w:rPr>
        <w:t>samengevat</w:t>
      </w:r>
      <w:proofErr w:type="spellEnd"/>
      <w:r>
        <w:rPr>
          <w:rStyle w:val="Zwaar"/>
          <w:b/>
          <w:bCs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5"/>
        <w:gridCol w:w="3365"/>
        <w:gridCol w:w="4150"/>
      </w:tblGrid>
      <w:tr w:rsidR="003A2AF4" w14:paraId="2627CBAC" w14:textId="77777777" w:rsidTr="007C7C0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A69966D" w14:textId="77777777" w:rsidR="003A2AF4" w:rsidRDefault="003A2AF4" w:rsidP="007C7C0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Taak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FBC8B46" w14:textId="77777777" w:rsidR="003A2AF4" w:rsidRDefault="003A2AF4" w:rsidP="007C7C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Wat </w:t>
            </w:r>
            <w:proofErr w:type="spellStart"/>
            <w:r>
              <w:rPr>
                <w:b/>
                <w:bCs/>
              </w:rPr>
              <w:t>doet</w:t>
            </w:r>
            <w:proofErr w:type="spellEnd"/>
            <w:r>
              <w:rPr>
                <w:b/>
                <w:bCs/>
              </w:rPr>
              <w:t xml:space="preserve"> de </w:t>
            </w:r>
            <w:proofErr w:type="spellStart"/>
            <w:r>
              <w:rPr>
                <w:b/>
                <w:bCs/>
              </w:rPr>
              <w:t>wethouder</w:t>
            </w:r>
            <w:proofErr w:type="spellEnd"/>
            <w:r>
              <w:rPr>
                <w:b/>
                <w:bCs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14:paraId="4F37AE55" w14:textId="77777777" w:rsidR="003A2AF4" w:rsidRDefault="003A2AF4" w:rsidP="007C7C0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Voorbeeld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uit</w:t>
            </w:r>
            <w:proofErr w:type="spellEnd"/>
            <w:r>
              <w:rPr>
                <w:b/>
                <w:bCs/>
              </w:rPr>
              <w:t xml:space="preserve"> St.-</w:t>
            </w:r>
            <w:proofErr w:type="spellStart"/>
            <w:r>
              <w:rPr>
                <w:b/>
                <w:bCs/>
              </w:rPr>
              <w:t>Annaparochie</w:t>
            </w:r>
            <w:proofErr w:type="spellEnd"/>
          </w:p>
        </w:tc>
      </w:tr>
      <w:tr w:rsidR="003A2AF4" w14:paraId="2064B1E7" w14:textId="77777777" w:rsidTr="007C7C0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BD4253" w14:textId="77777777" w:rsidR="003A2AF4" w:rsidRDefault="003A2AF4" w:rsidP="007C7C07">
            <w:proofErr w:type="spellStart"/>
            <w:r>
              <w:rPr>
                <w:rStyle w:val="Zwaar"/>
              </w:rPr>
              <w:t>Wetgevend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AA656DF" w14:textId="77777777" w:rsidR="003A2AF4" w:rsidRDefault="003A2AF4" w:rsidP="007C7C07">
            <w:proofErr w:type="spellStart"/>
            <w:r>
              <w:t>Voorstel</w:t>
            </w:r>
            <w:proofErr w:type="spellEnd"/>
            <w:r>
              <w:t xml:space="preserve"> </w:t>
            </w:r>
            <w:proofErr w:type="spellStart"/>
            <w:r>
              <w:t>maken</w:t>
            </w:r>
            <w:proofErr w:type="spellEnd"/>
            <w:r>
              <w:t xml:space="preserve">, </w:t>
            </w:r>
            <w:proofErr w:type="spellStart"/>
            <w:r>
              <w:t>laten</w:t>
            </w:r>
            <w:proofErr w:type="spellEnd"/>
            <w:r>
              <w:t xml:space="preserve"> </w:t>
            </w:r>
            <w:proofErr w:type="spellStart"/>
            <w:r>
              <w:t>goedkeuren</w:t>
            </w:r>
            <w:proofErr w:type="spellEnd"/>
            <w:r>
              <w:t xml:space="preserve"> door </w:t>
            </w:r>
            <w:proofErr w:type="spellStart"/>
            <w:r>
              <w:t>gemeenteraad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A5F985B" w14:textId="77777777" w:rsidR="003A2AF4" w:rsidRDefault="003A2AF4" w:rsidP="007C7C07">
            <w:r>
              <w:t xml:space="preserve">Plan om </w:t>
            </w:r>
            <w:proofErr w:type="spellStart"/>
            <w:r>
              <w:t>inwoners</w:t>
            </w:r>
            <w:proofErr w:type="spellEnd"/>
            <w:r>
              <w:t xml:space="preserve"> </w:t>
            </w:r>
            <w:proofErr w:type="spellStart"/>
            <w:r>
              <w:t>mee</w:t>
            </w:r>
            <w:proofErr w:type="spellEnd"/>
            <w:r>
              <w:t xml:space="preserve">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laten</w:t>
            </w:r>
            <w:proofErr w:type="spellEnd"/>
            <w:r>
              <w:t xml:space="preserve"> </w:t>
            </w:r>
            <w:proofErr w:type="spellStart"/>
            <w:r>
              <w:t>denken</w:t>
            </w:r>
            <w:proofErr w:type="spellEnd"/>
            <w:r>
              <w:t xml:space="preserve"> over de </w:t>
            </w:r>
            <w:proofErr w:type="spellStart"/>
            <w:r>
              <w:t>straten</w:t>
            </w:r>
            <w:proofErr w:type="spellEnd"/>
          </w:p>
        </w:tc>
      </w:tr>
      <w:tr w:rsidR="003A2AF4" w14:paraId="2DF2E1B6" w14:textId="77777777" w:rsidTr="007C7C0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09B266" w14:textId="77777777" w:rsidR="003A2AF4" w:rsidRDefault="003A2AF4" w:rsidP="007C7C07">
            <w:proofErr w:type="spellStart"/>
            <w:r>
              <w:rPr>
                <w:rStyle w:val="Zwaar"/>
              </w:rPr>
              <w:t>Uitvoerend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90DD7D5" w14:textId="77777777" w:rsidR="003A2AF4" w:rsidRDefault="003A2AF4" w:rsidP="007C7C07">
            <w:proofErr w:type="spellStart"/>
            <w:r>
              <w:t>Zorgen</w:t>
            </w:r>
            <w:proofErr w:type="spellEnd"/>
            <w:r>
              <w:t xml:space="preserve"> </w:t>
            </w:r>
            <w:proofErr w:type="spellStart"/>
            <w:r>
              <w:t>dat</w:t>
            </w:r>
            <w:proofErr w:type="spellEnd"/>
            <w:r>
              <w:t xml:space="preserve"> het plan </w:t>
            </w:r>
            <w:proofErr w:type="spellStart"/>
            <w:r>
              <w:t>uitgevoerd</w:t>
            </w:r>
            <w:proofErr w:type="spellEnd"/>
            <w:r>
              <w:t xml:space="preserve"> </w:t>
            </w:r>
            <w:proofErr w:type="spellStart"/>
            <w:r>
              <w:t>wordt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31DEBFC" w14:textId="77777777" w:rsidR="003A2AF4" w:rsidRDefault="003A2AF4" w:rsidP="007C7C07">
            <w:proofErr w:type="spellStart"/>
            <w:r>
              <w:t>Controleren</w:t>
            </w:r>
            <w:proofErr w:type="spellEnd"/>
            <w:r>
              <w:t xml:space="preserve"> van de </w:t>
            </w:r>
            <w:proofErr w:type="spellStart"/>
            <w:r>
              <w:t>ideeën</w:t>
            </w:r>
            <w:proofErr w:type="spellEnd"/>
            <w:r>
              <w:t xml:space="preserve">, </w:t>
            </w:r>
            <w:proofErr w:type="spellStart"/>
            <w:r>
              <w:t>verwerken</w:t>
            </w:r>
            <w:proofErr w:type="spellEnd"/>
            <w:r>
              <w:t xml:space="preserve"> in </w:t>
            </w:r>
            <w:proofErr w:type="spellStart"/>
            <w:r>
              <w:t>beleid</w:t>
            </w:r>
            <w:proofErr w:type="spellEnd"/>
            <w:r>
              <w:t xml:space="preserve"> en </w:t>
            </w:r>
            <w:proofErr w:type="spellStart"/>
            <w:r>
              <w:t>uitvoering</w:t>
            </w:r>
            <w:proofErr w:type="spellEnd"/>
            <w:r>
              <w:t xml:space="preserve"> </w:t>
            </w:r>
            <w:proofErr w:type="spellStart"/>
            <w:r>
              <w:t>regelen</w:t>
            </w:r>
            <w:proofErr w:type="spellEnd"/>
          </w:p>
        </w:tc>
      </w:tr>
    </w:tbl>
    <w:p w14:paraId="026BAD04" w14:textId="77777777" w:rsidR="00131819" w:rsidRDefault="00131819" w:rsidP="00131819">
      <w:r>
        <w:rPr>
          <w:noProof/>
        </w:rPr>
        <w:drawing>
          <wp:inline distT="0" distB="0" distL="0" distR="0" wp14:anchorId="77D9203B" wp14:editId="5FB676F6">
            <wp:extent cx="5759450" cy="84074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FEB220" wp14:editId="47047201">
            <wp:extent cx="5759450" cy="48641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45"/>
                    <a:stretch/>
                  </pic:blipFill>
                  <pic:spPr bwMode="auto">
                    <a:xfrm>
                      <a:off x="0" y="0"/>
                      <a:ext cx="575945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67E49" wp14:editId="78777BE6">
            <wp:extent cx="5759450" cy="84074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D92E67" wp14:editId="18D5E509">
            <wp:extent cx="5759450" cy="84074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74C96" w14:textId="77777777" w:rsidR="00F65D2E" w:rsidRDefault="00F65D2E">
      <w:pPr>
        <w:pStyle w:val="Titel"/>
      </w:pPr>
    </w:p>
    <w:p w14:paraId="3050F9B2" w14:textId="77777777" w:rsidR="00F65D2E" w:rsidRDefault="00F65D2E">
      <w:pPr>
        <w:pStyle w:val="Titel"/>
      </w:pPr>
    </w:p>
    <w:p w14:paraId="10B9EA0D" w14:textId="0B7205B0" w:rsidR="002B32C7" w:rsidRDefault="00452CBB">
      <w:pPr>
        <w:pStyle w:val="Titel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46F80DF" wp14:editId="44AFACF3">
            <wp:simplePos x="0" y="0"/>
            <wp:positionH relativeFrom="column">
              <wp:posOffset>-158750</wp:posOffset>
            </wp:positionH>
            <wp:positionV relativeFrom="paragraph">
              <wp:posOffset>44450</wp:posOffset>
            </wp:positionV>
            <wp:extent cx="5975127" cy="8401050"/>
            <wp:effectExtent l="0" t="0" r="6985" b="0"/>
            <wp:wrapNone/>
            <wp:docPr id="2" name="Afbeelding 2" descr="C:\Users\g.hylkema\Downloads\ChatGPT Image 8 jul 2025, 13_28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.hylkema\Downloads\ChatGPT Image 8 jul 2025, 13_28_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699" cy="844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C5759">
        <w:t>Werkblad</w:t>
      </w:r>
      <w:proofErr w:type="spellEnd"/>
      <w:r w:rsidR="00AC5759">
        <w:t xml:space="preserve"> – De 5 stappen van besluitvorming</w:t>
      </w:r>
    </w:p>
    <w:p w14:paraId="4754A2A7" w14:textId="77777777" w:rsidR="002B32C7" w:rsidRDefault="00AC5759">
      <w:r>
        <w:t>Naam: __________________________________________</w:t>
      </w:r>
    </w:p>
    <w:p w14:paraId="14F0C7C6" w14:textId="77777777" w:rsidR="002B32C7" w:rsidRDefault="00AC5759">
      <w:r>
        <w:t>Datum: _________________________________________</w:t>
      </w:r>
      <w:r>
        <w:br/>
      </w:r>
    </w:p>
    <w:p w14:paraId="742CA801" w14:textId="77777777" w:rsidR="002B32C7" w:rsidRDefault="00AC5759">
      <w:r>
        <w:t xml:space="preserve">In </w:t>
      </w:r>
      <w:proofErr w:type="spellStart"/>
      <w:r>
        <w:t>dit</w:t>
      </w:r>
      <w:proofErr w:type="spellEnd"/>
      <w:r>
        <w:t xml:space="preserve"> </w:t>
      </w:r>
      <w:proofErr w:type="spellStart"/>
      <w:r>
        <w:t>werkblad</w:t>
      </w:r>
      <w:proofErr w:type="spellEnd"/>
      <w:r>
        <w:t xml:space="preserve"> </w:t>
      </w:r>
      <w:proofErr w:type="spellStart"/>
      <w:r>
        <w:t>ga</w:t>
      </w:r>
      <w:proofErr w:type="spellEnd"/>
      <w:r>
        <w:t xml:space="preserve"> je de 5 stappen van besluitvorming invullen. Je gebruikt hierbij het voorbeeld van het project</w:t>
      </w:r>
      <w:r>
        <w:t xml:space="preserve"> in St.-Annaparochie, waar inwoners mee mochten denken over het aanpassen van straten.</w:t>
      </w:r>
      <w:r>
        <w:br/>
      </w:r>
    </w:p>
    <w:p w14:paraId="70362D97" w14:textId="77777777" w:rsidR="002B32C7" w:rsidRDefault="00AC5759">
      <w:proofErr w:type="spellStart"/>
      <w:r>
        <w:t>Vul</w:t>
      </w:r>
      <w:proofErr w:type="spellEnd"/>
      <w:r>
        <w:t xml:space="preserve"> in </w:t>
      </w:r>
      <w:proofErr w:type="spellStart"/>
      <w:r>
        <w:t>elke</w:t>
      </w:r>
      <w:proofErr w:type="spellEnd"/>
      <w:r>
        <w:t xml:space="preserve"> </w:t>
      </w:r>
      <w:proofErr w:type="spellStart"/>
      <w:r>
        <w:t>stap</w:t>
      </w:r>
      <w:proofErr w:type="spellEnd"/>
      <w:r>
        <w:t xml:space="preserve"> wat er gebeurde of wat jij zou doen in die fase.</w:t>
      </w:r>
    </w:p>
    <w:p w14:paraId="697FE42D" w14:textId="77777777" w:rsidR="002B32C7" w:rsidRDefault="00AC5759">
      <w:pPr>
        <w:pStyle w:val="Lijstnummering"/>
      </w:pPr>
      <w:r>
        <w:t xml:space="preserve">Stap 1 – </w:t>
      </w:r>
      <w:proofErr w:type="spellStart"/>
      <w:r>
        <w:t>Agendavorming</w:t>
      </w:r>
      <w:proofErr w:type="spellEnd"/>
      <w:r>
        <w:t>:</w:t>
      </w:r>
      <w:r>
        <w:br/>
        <w:t>(Welk probleem wordt besproken?)</w:t>
      </w:r>
    </w:p>
    <w:p w14:paraId="6A6188F5" w14:textId="77777777" w:rsidR="002B32C7" w:rsidRDefault="00AC5759">
      <w:r>
        <w:t>✎</w:t>
      </w:r>
      <w:r>
        <w:t xml:space="preserve"> ___________________________________________</w:t>
      </w:r>
      <w:r>
        <w:t>________________</w:t>
      </w:r>
    </w:p>
    <w:p w14:paraId="3AD00D73" w14:textId="77777777" w:rsidR="002B32C7" w:rsidRDefault="00AC5759">
      <w:r>
        <w:t xml:space="preserve">  ___________________________________________________________</w:t>
      </w:r>
    </w:p>
    <w:p w14:paraId="5AA0C493" w14:textId="77777777" w:rsidR="002B32C7" w:rsidRDefault="00AC5759">
      <w:r>
        <w:t xml:space="preserve">  ___________________________________________________________</w:t>
      </w:r>
    </w:p>
    <w:p w14:paraId="64A22666" w14:textId="77777777" w:rsidR="002B32C7" w:rsidRDefault="00AC5759">
      <w:pPr>
        <w:pStyle w:val="Lijstnummering"/>
      </w:pPr>
      <w:r>
        <w:t>Stap 2 – Beleidsvoorbereiding:</w:t>
      </w:r>
      <w:r>
        <w:br/>
        <w:t>(Welke oplossingen worden onderzocht?)</w:t>
      </w:r>
    </w:p>
    <w:p w14:paraId="3BA7FF95" w14:textId="77777777" w:rsidR="002B32C7" w:rsidRDefault="00AC5759">
      <w:r>
        <w:t>✎</w:t>
      </w:r>
      <w:r>
        <w:t xml:space="preserve"> ___________________________________________</w:t>
      </w:r>
      <w:r>
        <w:t>________________</w:t>
      </w:r>
    </w:p>
    <w:p w14:paraId="3704B984" w14:textId="77777777" w:rsidR="002B32C7" w:rsidRDefault="00AC5759">
      <w:r>
        <w:t xml:space="preserve">  ___________________________________________________________</w:t>
      </w:r>
    </w:p>
    <w:p w14:paraId="4B4DD43F" w14:textId="77777777" w:rsidR="002B32C7" w:rsidRDefault="00AC5759">
      <w:r>
        <w:t xml:space="preserve">  ___________________________________________________________</w:t>
      </w:r>
    </w:p>
    <w:p w14:paraId="03D43FD2" w14:textId="77777777" w:rsidR="002B32C7" w:rsidRDefault="00AC5759">
      <w:pPr>
        <w:pStyle w:val="Lijstnummering"/>
      </w:pPr>
      <w:r>
        <w:t>Stap 3 – Besluitvorming:</w:t>
      </w:r>
      <w:r>
        <w:br/>
        <w:t>(Wie beslist en wat wordt gekozen?)</w:t>
      </w:r>
    </w:p>
    <w:p w14:paraId="00A100FB" w14:textId="77777777" w:rsidR="002B32C7" w:rsidRDefault="00AC5759">
      <w:r>
        <w:t>✎</w:t>
      </w:r>
      <w:r>
        <w:t xml:space="preserve"> ____________________________________________________</w:t>
      </w:r>
      <w:r>
        <w:t>_______</w:t>
      </w:r>
    </w:p>
    <w:p w14:paraId="3BAF5EAC" w14:textId="77777777" w:rsidR="002B32C7" w:rsidRDefault="00AC5759">
      <w:r>
        <w:t xml:space="preserve">  ___________________________________________________________</w:t>
      </w:r>
    </w:p>
    <w:p w14:paraId="51CFBCE2" w14:textId="77777777" w:rsidR="002B32C7" w:rsidRDefault="00AC5759">
      <w:r>
        <w:t xml:space="preserve">  ___________________________________________________________</w:t>
      </w:r>
    </w:p>
    <w:p w14:paraId="298E0B96" w14:textId="77777777" w:rsidR="002B32C7" w:rsidRDefault="00AC5759">
      <w:pPr>
        <w:pStyle w:val="Lijstnummering"/>
      </w:pPr>
      <w:r>
        <w:t>Stap 4 – Uitvoering:</w:t>
      </w:r>
      <w:r>
        <w:br/>
        <w:t>(Hoe wordt het plan uitgevoerd?)</w:t>
      </w:r>
    </w:p>
    <w:p w14:paraId="495F3908" w14:textId="77777777" w:rsidR="002B32C7" w:rsidRDefault="00AC5759">
      <w:r>
        <w:t>✎</w:t>
      </w:r>
      <w:r>
        <w:t xml:space="preserve"> ___________________________________________________________</w:t>
      </w:r>
    </w:p>
    <w:p w14:paraId="651BC2F1" w14:textId="77777777" w:rsidR="002B32C7" w:rsidRDefault="00F8694D">
      <w:r>
        <w:rPr>
          <w:noProof/>
        </w:rPr>
        <w:drawing>
          <wp:anchor distT="0" distB="0" distL="114300" distR="114300" simplePos="0" relativeHeight="251655168" behindDoc="1" locked="0" layoutInCell="1" allowOverlap="1" wp14:anchorId="3B069E13" wp14:editId="07EB09B0">
            <wp:simplePos x="0" y="0"/>
            <wp:positionH relativeFrom="column">
              <wp:posOffset>0</wp:posOffset>
            </wp:positionH>
            <wp:positionV relativeFrom="paragraph">
              <wp:posOffset>-781050</wp:posOffset>
            </wp:positionV>
            <wp:extent cx="5835650" cy="9359900"/>
            <wp:effectExtent l="0" t="0" r="0" b="0"/>
            <wp:wrapNone/>
            <wp:docPr id="1" name="Afbeelding 1" descr="C:\Users\g.hylkema\Downloads\ChatGPT Image 8 jul 2025, 13_28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.hylkema\Downloads\ChatGPT Image 8 jul 2025, 13_28_0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858" cy="936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759">
        <w:t xml:space="preserve">  ______</w:t>
      </w:r>
      <w:r w:rsidR="00AC5759">
        <w:t>_____________________________________________________</w:t>
      </w:r>
    </w:p>
    <w:p w14:paraId="75128BFD" w14:textId="77777777" w:rsidR="002B32C7" w:rsidRDefault="00AC5759">
      <w:r>
        <w:t xml:space="preserve">  ___________________________________________________________</w:t>
      </w:r>
    </w:p>
    <w:p w14:paraId="63914D16" w14:textId="77777777" w:rsidR="002B32C7" w:rsidRDefault="00AC5759">
      <w:pPr>
        <w:pStyle w:val="Lijstnummering"/>
      </w:pPr>
      <w:r>
        <w:t xml:space="preserve">Stap 5 – </w:t>
      </w:r>
      <w:proofErr w:type="spellStart"/>
      <w:r>
        <w:t>Evaluatie</w:t>
      </w:r>
      <w:proofErr w:type="spellEnd"/>
      <w:r>
        <w:t>:</w:t>
      </w:r>
      <w:r>
        <w:br/>
        <w:t>(Werkt het goed? Wat kan beter?)</w:t>
      </w:r>
    </w:p>
    <w:p w14:paraId="58473FA6" w14:textId="77777777" w:rsidR="002B32C7" w:rsidRDefault="00AC5759">
      <w:r>
        <w:t>✎</w:t>
      </w:r>
      <w:r>
        <w:t xml:space="preserve"> ___________________________________________________________</w:t>
      </w:r>
    </w:p>
    <w:p w14:paraId="4061AA68" w14:textId="77777777" w:rsidR="002B32C7" w:rsidRDefault="00AC5759">
      <w:r>
        <w:t xml:space="preserve">  _______________________</w:t>
      </w:r>
      <w:r>
        <w:t>____________________________________</w:t>
      </w:r>
    </w:p>
    <w:p w14:paraId="7DD32F38" w14:textId="77777777" w:rsidR="002B32C7" w:rsidRDefault="00AC5759">
      <w:r>
        <w:t xml:space="preserve">  ___________________________________________________________</w:t>
      </w:r>
    </w:p>
    <w:p w14:paraId="29C77693" w14:textId="77777777" w:rsidR="002B32C7" w:rsidRDefault="00AC5759">
      <w:r>
        <w:br/>
        <w:t>Bonusvraag: Welke rol speelt de wethouder in deze 5 stappen?</w:t>
      </w:r>
    </w:p>
    <w:p w14:paraId="641CA95C" w14:textId="77777777" w:rsidR="002B32C7" w:rsidRDefault="00AC5759">
      <w:r>
        <w:t>✎</w:t>
      </w:r>
      <w:r>
        <w:t xml:space="preserve"> ___________________________________________________________</w:t>
      </w:r>
    </w:p>
    <w:p w14:paraId="3A9A24F6" w14:textId="77777777" w:rsidR="002B32C7" w:rsidRDefault="00AC5759">
      <w:r>
        <w:t xml:space="preserve">  _______________________________</w:t>
      </w:r>
      <w:r>
        <w:t>____________________________</w:t>
      </w:r>
    </w:p>
    <w:p w14:paraId="4688B27B" w14:textId="77777777" w:rsidR="00BD26AB" w:rsidRDefault="00AC5759">
      <w:r>
        <w:t xml:space="preserve">  ___________________________________________________________</w:t>
      </w:r>
    </w:p>
    <w:p w14:paraId="0533EC9B" w14:textId="77777777" w:rsidR="00452CBB" w:rsidRDefault="00452CBB"/>
    <w:p w14:paraId="3408BA92" w14:textId="77777777" w:rsidR="00452CBB" w:rsidRDefault="00452CBB"/>
    <w:p w14:paraId="4DEA38B9" w14:textId="77777777" w:rsidR="00452CBB" w:rsidRDefault="00452CBB"/>
    <w:p w14:paraId="2D8EE833" w14:textId="77777777" w:rsidR="00452CBB" w:rsidRDefault="00452CBB"/>
    <w:p w14:paraId="5E6EC1F2" w14:textId="77777777" w:rsidR="00452CBB" w:rsidRDefault="00452CBB"/>
    <w:p w14:paraId="5A133D73" w14:textId="77777777" w:rsidR="00452CBB" w:rsidRDefault="00452CBB"/>
    <w:p w14:paraId="2F294B21" w14:textId="77777777" w:rsidR="00452CBB" w:rsidRDefault="00452CBB"/>
    <w:p w14:paraId="5E340F79" w14:textId="77777777" w:rsidR="00452CBB" w:rsidRDefault="00452CBB"/>
    <w:p w14:paraId="0E4270AC" w14:textId="77777777" w:rsidR="00452CBB" w:rsidRDefault="00452CBB"/>
    <w:p w14:paraId="25E9368D" w14:textId="77777777" w:rsidR="00452CBB" w:rsidRDefault="00452CBB"/>
    <w:p w14:paraId="7EDE7E4F" w14:textId="77777777" w:rsidR="00452CBB" w:rsidRDefault="00452CBB"/>
    <w:p w14:paraId="6F686B6B" w14:textId="65D116FF" w:rsidR="00452CBB" w:rsidRPr="00452CBB" w:rsidRDefault="00452CBB" w:rsidP="00452C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</w:p>
    <w:p w14:paraId="13EDDB0A" w14:textId="77777777" w:rsidR="00452CBB" w:rsidRPr="00452CBB" w:rsidRDefault="00452CBB" w:rsidP="00452CB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nl-NL" w:eastAsia="nl-NL"/>
        </w:rPr>
      </w:pPr>
      <w:r w:rsidRPr="00452CBB">
        <w:rPr>
          <w:rFonts w:ascii="Segoe UI Emoji" w:eastAsia="Times New Roman" w:hAnsi="Segoe UI Emoji" w:cs="Segoe UI Emoji"/>
          <w:b/>
          <w:bCs/>
          <w:sz w:val="36"/>
          <w:szCs w:val="36"/>
          <w:lang w:val="nl-NL" w:eastAsia="nl-NL"/>
        </w:rPr>
        <w:t>📺</w:t>
      </w:r>
      <w:r w:rsidRPr="00452CBB">
        <w:rPr>
          <w:rFonts w:ascii="Times New Roman" w:eastAsia="Times New Roman" w:hAnsi="Times New Roman" w:cs="Times New Roman"/>
          <w:b/>
          <w:bCs/>
          <w:sz w:val="36"/>
          <w:szCs w:val="36"/>
          <w:lang w:val="nl-NL" w:eastAsia="nl-NL"/>
        </w:rPr>
        <w:t xml:space="preserve"> Vervolg: Wat is de rol van de media bij besluitvorming?</w:t>
      </w:r>
    </w:p>
    <w:p w14:paraId="3149B1B0" w14:textId="33E6F7B7" w:rsidR="00452CBB" w:rsidRPr="00452CBB" w:rsidRDefault="00452CBB" w:rsidP="00F71D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De media – denk aan kranten, websites, radio, lokale nieuwsplatforms en sociale media – spelen een belangrijke rol in elke stap van het politieke besluitvormingsproces. Hieronder zie je hoe dat werkt, met als voorbeeld het project in </w:t>
      </w:r>
      <w:r w:rsidRPr="00452CBB">
        <w:rPr>
          <w:rFonts w:ascii="Times New Roman" w:eastAsia="Times New Roman" w:hAnsi="Times New Roman" w:cs="Times New Roman"/>
          <w:b/>
          <w:bCs/>
          <w:sz w:val="24"/>
          <w:szCs w:val="24"/>
          <w:lang w:val="nl-NL" w:eastAsia="nl-NL"/>
        </w:rPr>
        <w:t>St.-Annaparochie</w:t>
      </w: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.</w:t>
      </w:r>
    </w:p>
    <w:p w14:paraId="73328294" w14:textId="77777777" w:rsidR="00452CBB" w:rsidRPr="00452CBB" w:rsidRDefault="00452CBB" w:rsidP="00452CB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nl-NL" w:eastAsia="nl-NL"/>
        </w:rPr>
      </w:pPr>
      <w:r w:rsidRPr="00452CBB">
        <w:rPr>
          <w:rFonts w:ascii="Segoe UI Emoji" w:eastAsia="Times New Roman" w:hAnsi="Segoe UI Emoji" w:cs="Segoe UI Emoji"/>
          <w:b/>
          <w:bCs/>
          <w:sz w:val="27"/>
          <w:szCs w:val="27"/>
          <w:lang w:val="nl-NL" w:eastAsia="nl-NL"/>
        </w:rPr>
        <w:t>🔎</w:t>
      </w:r>
      <w:r w:rsidRPr="00452CBB">
        <w:rPr>
          <w:rFonts w:ascii="Times New Roman" w:eastAsia="Times New Roman" w:hAnsi="Times New Roman" w:cs="Times New Roman"/>
          <w:b/>
          <w:bCs/>
          <w:sz w:val="27"/>
          <w:szCs w:val="27"/>
          <w:lang w:val="nl-NL" w:eastAsia="nl-NL"/>
        </w:rPr>
        <w:t xml:space="preserve"> Stap 1 – Agendavorming</w:t>
      </w:r>
    </w:p>
    <w:p w14:paraId="73C85934" w14:textId="77777777" w:rsidR="00452CBB" w:rsidRPr="00452CBB" w:rsidRDefault="00452CBB" w:rsidP="00452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b/>
          <w:bCs/>
          <w:sz w:val="24"/>
          <w:szCs w:val="24"/>
          <w:lang w:val="nl-NL" w:eastAsia="nl-NL"/>
        </w:rPr>
        <w:t>Wat gebeurt hier?</w:t>
      </w: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br/>
        <w:t>Een probleem komt onder de aandacht: iets moet anders of beter.</w:t>
      </w:r>
    </w:p>
    <w:p w14:paraId="68132064" w14:textId="77777777" w:rsidR="00452CBB" w:rsidRPr="00452CBB" w:rsidRDefault="00452CBB" w:rsidP="00452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b/>
          <w:bCs/>
          <w:sz w:val="24"/>
          <w:szCs w:val="24"/>
          <w:lang w:val="nl-NL" w:eastAsia="nl-NL"/>
        </w:rPr>
        <w:t>Rol van de media:</w:t>
      </w:r>
    </w:p>
    <w:p w14:paraId="40CE89F3" w14:textId="77777777" w:rsidR="00452CBB" w:rsidRPr="00452CBB" w:rsidRDefault="00452CBB" w:rsidP="00452CB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De media brengen problemen onder de aandacht bij het grote publiek.</w:t>
      </w:r>
    </w:p>
    <w:p w14:paraId="4E8EFF26" w14:textId="77777777" w:rsidR="00452CBB" w:rsidRPr="00452CBB" w:rsidRDefault="00452CBB" w:rsidP="00452CB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Ze maken duidelijk dat inwoners ergens last van hebben (bijvoorbeeld druk verkeer in St.-Annaparochie).</w:t>
      </w:r>
    </w:p>
    <w:p w14:paraId="5EDF46C5" w14:textId="77777777" w:rsidR="00452CBB" w:rsidRPr="00452CBB" w:rsidRDefault="00452CBB" w:rsidP="00452CB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Door nieuwsberichten wordt het onderwerp belangrijk genoeg om op de politieke agenda te komen.</w:t>
      </w:r>
    </w:p>
    <w:p w14:paraId="532C2E38" w14:textId="61260BD5" w:rsidR="00452CBB" w:rsidRPr="00452CBB" w:rsidRDefault="00452CBB" w:rsidP="00D62A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b/>
          <w:bCs/>
          <w:sz w:val="24"/>
          <w:szCs w:val="24"/>
          <w:lang w:val="nl-NL" w:eastAsia="nl-NL"/>
        </w:rPr>
        <w:t>Voorbeeld:</w:t>
      </w: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br/>
        <w:t xml:space="preserve">Het artikel in de krant </w:t>
      </w:r>
      <w:r w:rsidRPr="00452CBB">
        <w:rPr>
          <w:rFonts w:ascii="Times New Roman" w:eastAsia="Times New Roman" w:hAnsi="Times New Roman" w:cs="Times New Roman"/>
          <w:i/>
          <w:iCs/>
          <w:sz w:val="24"/>
          <w:szCs w:val="24"/>
          <w:lang w:val="nl-NL" w:eastAsia="nl-NL"/>
        </w:rPr>
        <w:t>Bildt.nu</w:t>
      </w: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zorgde ervoor dat meer mensen wisten dat ze ideeën konden insturen voor de herinrichting van de straten.</w:t>
      </w:r>
    </w:p>
    <w:p w14:paraId="60F5EE1D" w14:textId="77777777" w:rsidR="00452CBB" w:rsidRPr="00452CBB" w:rsidRDefault="00452CBB" w:rsidP="00452CB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nl-NL" w:eastAsia="nl-NL"/>
        </w:rPr>
      </w:pPr>
      <w:r w:rsidRPr="00452CBB">
        <w:rPr>
          <w:rFonts w:ascii="Segoe UI Emoji" w:eastAsia="Times New Roman" w:hAnsi="Segoe UI Emoji" w:cs="Segoe UI Emoji"/>
          <w:b/>
          <w:bCs/>
          <w:sz w:val="27"/>
          <w:szCs w:val="27"/>
          <w:lang w:val="nl-NL" w:eastAsia="nl-NL"/>
        </w:rPr>
        <w:t>📝</w:t>
      </w:r>
      <w:r w:rsidRPr="00452CBB">
        <w:rPr>
          <w:rFonts w:ascii="Times New Roman" w:eastAsia="Times New Roman" w:hAnsi="Times New Roman" w:cs="Times New Roman"/>
          <w:b/>
          <w:bCs/>
          <w:sz w:val="27"/>
          <w:szCs w:val="27"/>
          <w:lang w:val="nl-NL" w:eastAsia="nl-NL"/>
        </w:rPr>
        <w:t xml:space="preserve"> Stap 2 – Beleidsvoorbereiding</w:t>
      </w:r>
    </w:p>
    <w:p w14:paraId="55BCAB38" w14:textId="77777777" w:rsidR="00452CBB" w:rsidRPr="00452CBB" w:rsidRDefault="00452CBB" w:rsidP="00452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b/>
          <w:bCs/>
          <w:sz w:val="24"/>
          <w:szCs w:val="24"/>
          <w:lang w:val="nl-NL" w:eastAsia="nl-NL"/>
        </w:rPr>
        <w:t>Wat gebeurt hier?</w:t>
      </w: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br/>
        <w:t>Er worden plannen gemaakt en informatie verzameld.</w:t>
      </w:r>
    </w:p>
    <w:p w14:paraId="420177A2" w14:textId="77777777" w:rsidR="00452CBB" w:rsidRPr="00452CBB" w:rsidRDefault="00452CBB" w:rsidP="00452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b/>
          <w:bCs/>
          <w:sz w:val="24"/>
          <w:szCs w:val="24"/>
          <w:lang w:val="nl-NL" w:eastAsia="nl-NL"/>
        </w:rPr>
        <w:t>Rol van de media:</w:t>
      </w:r>
    </w:p>
    <w:p w14:paraId="4D575818" w14:textId="77777777" w:rsidR="00452CBB" w:rsidRPr="00452CBB" w:rsidRDefault="00452CBB" w:rsidP="00452CB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De media leggen uit wat de gemeente van plan is.</w:t>
      </w:r>
    </w:p>
    <w:p w14:paraId="2ADB6D2F" w14:textId="77777777" w:rsidR="00452CBB" w:rsidRPr="00452CBB" w:rsidRDefault="00452CBB" w:rsidP="00452CB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Ze maken bekend hoe inwoners kunnen meedoen.</w:t>
      </w:r>
    </w:p>
    <w:p w14:paraId="3EF85D18" w14:textId="77777777" w:rsidR="00452CBB" w:rsidRPr="00452CBB" w:rsidRDefault="00452CBB" w:rsidP="00452CB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Ze laten verschillende meningen horen (bijvoorbeeld van inwoners, ondernemers of verkeersdeskundigen).</w:t>
      </w:r>
    </w:p>
    <w:p w14:paraId="660CF79E" w14:textId="77777777" w:rsidR="00F71D7B" w:rsidRDefault="00452CBB" w:rsidP="00F71D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b/>
          <w:bCs/>
          <w:sz w:val="24"/>
          <w:szCs w:val="24"/>
          <w:lang w:val="nl-NL" w:eastAsia="nl-NL"/>
        </w:rPr>
        <w:t>Voorbeeld:</w:t>
      </w: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br/>
        <w:t xml:space="preserve">De website </w:t>
      </w:r>
      <w:hyperlink r:id="rId14" w:history="1">
        <w:r w:rsidRPr="00452CB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nl-NL" w:eastAsia="nl-NL"/>
          </w:rPr>
          <w:t>stemvanwaadhoeke.nl</w:t>
        </w:r>
      </w:hyperlink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en berichten op </w:t>
      </w:r>
      <w:proofErr w:type="spellStart"/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social</w:t>
      </w:r>
      <w:proofErr w:type="spellEnd"/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 xml:space="preserve"> media nodigden mensen uit om ideeën in te sturen.</w:t>
      </w:r>
    </w:p>
    <w:p w14:paraId="4EB3485C" w14:textId="15C94947" w:rsidR="00452CBB" w:rsidRPr="00452CBB" w:rsidRDefault="00452CBB" w:rsidP="00F71D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Segoe UI Emoji" w:eastAsia="Times New Roman" w:hAnsi="Segoe UI Emoji" w:cs="Segoe UI Emoji"/>
          <w:b/>
          <w:bCs/>
          <w:sz w:val="27"/>
          <w:szCs w:val="27"/>
          <w:lang w:val="nl-NL" w:eastAsia="nl-NL"/>
        </w:rPr>
        <w:t>✅</w:t>
      </w:r>
      <w:r w:rsidRPr="00452CBB">
        <w:rPr>
          <w:rFonts w:ascii="Times New Roman" w:eastAsia="Times New Roman" w:hAnsi="Times New Roman" w:cs="Times New Roman"/>
          <w:b/>
          <w:bCs/>
          <w:sz w:val="27"/>
          <w:szCs w:val="27"/>
          <w:lang w:val="nl-NL" w:eastAsia="nl-NL"/>
        </w:rPr>
        <w:t xml:space="preserve"> Stap 3 – Besluitvorming</w:t>
      </w:r>
    </w:p>
    <w:p w14:paraId="4EEBC51E" w14:textId="77777777" w:rsidR="00452CBB" w:rsidRPr="00452CBB" w:rsidRDefault="00452CBB" w:rsidP="00452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b/>
          <w:bCs/>
          <w:sz w:val="24"/>
          <w:szCs w:val="24"/>
          <w:lang w:val="nl-NL" w:eastAsia="nl-NL"/>
        </w:rPr>
        <w:t>Wat gebeurt hier?</w:t>
      </w: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br/>
        <w:t>De gemeenteraad kiest welk plan doorgaat.</w:t>
      </w:r>
    </w:p>
    <w:p w14:paraId="45F5E59E" w14:textId="77777777" w:rsidR="00452CBB" w:rsidRPr="00452CBB" w:rsidRDefault="00452CBB" w:rsidP="00452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b/>
          <w:bCs/>
          <w:sz w:val="24"/>
          <w:szCs w:val="24"/>
          <w:lang w:val="nl-NL" w:eastAsia="nl-NL"/>
        </w:rPr>
        <w:t>Rol van de media:</w:t>
      </w:r>
    </w:p>
    <w:p w14:paraId="0576B073" w14:textId="77777777" w:rsidR="00452CBB" w:rsidRPr="00452CBB" w:rsidRDefault="00452CBB" w:rsidP="00452CB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Ze volgen het politieke debat.</w:t>
      </w:r>
    </w:p>
    <w:p w14:paraId="355BDB48" w14:textId="77777777" w:rsidR="00452CBB" w:rsidRPr="00452CBB" w:rsidRDefault="00452CBB" w:rsidP="00452CB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Ze laten zien wat er besloten is.</w:t>
      </w:r>
    </w:p>
    <w:p w14:paraId="1FF83924" w14:textId="77777777" w:rsidR="00452CBB" w:rsidRPr="00452CBB" w:rsidRDefault="00452CBB" w:rsidP="00452CB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Ze houden de inwoners op de hoogte van de uitkomst.</w:t>
      </w:r>
    </w:p>
    <w:p w14:paraId="0729C520" w14:textId="12D6B93B" w:rsidR="00452CBB" w:rsidRPr="00452CBB" w:rsidRDefault="00452CBB" w:rsidP="00D62A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b/>
          <w:bCs/>
          <w:sz w:val="24"/>
          <w:szCs w:val="24"/>
          <w:lang w:val="nl-NL" w:eastAsia="nl-NL"/>
        </w:rPr>
        <w:t>Voorbeeld:</w:t>
      </w: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br/>
        <w:t>Na de stemronde berichtten lokale media welke ideeën de meeste stemmen kregen.</w:t>
      </w:r>
    </w:p>
    <w:p w14:paraId="687C2335" w14:textId="77777777" w:rsidR="00452CBB" w:rsidRPr="00452CBB" w:rsidRDefault="00452CBB" w:rsidP="00452CB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nl-NL" w:eastAsia="nl-NL"/>
        </w:rPr>
      </w:pPr>
      <w:r w:rsidRPr="00452CBB">
        <w:rPr>
          <w:rFonts w:ascii="Segoe UI Emoji" w:eastAsia="Times New Roman" w:hAnsi="Segoe UI Emoji" w:cs="Segoe UI Emoji"/>
          <w:b/>
          <w:bCs/>
          <w:sz w:val="27"/>
          <w:szCs w:val="27"/>
          <w:lang w:val="nl-NL" w:eastAsia="nl-NL"/>
        </w:rPr>
        <w:t>🛠</w:t>
      </w:r>
      <w:r w:rsidRPr="00452CBB">
        <w:rPr>
          <w:rFonts w:ascii="Times New Roman" w:eastAsia="Times New Roman" w:hAnsi="Times New Roman" w:cs="Times New Roman"/>
          <w:b/>
          <w:bCs/>
          <w:sz w:val="27"/>
          <w:szCs w:val="27"/>
          <w:lang w:val="nl-NL" w:eastAsia="nl-NL"/>
        </w:rPr>
        <w:t>️ Stap 4 – Uitvoering</w:t>
      </w:r>
    </w:p>
    <w:p w14:paraId="7D5F8623" w14:textId="77777777" w:rsidR="00452CBB" w:rsidRPr="00452CBB" w:rsidRDefault="00452CBB" w:rsidP="00452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b/>
          <w:bCs/>
          <w:sz w:val="24"/>
          <w:szCs w:val="24"/>
          <w:lang w:val="nl-NL" w:eastAsia="nl-NL"/>
        </w:rPr>
        <w:t>Wat gebeurt hier?</w:t>
      </w: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br/>
        <w:t>De plannen worden uitgevoerd.</w:t>
      </w:r>
    </w:p>
    <w:p w14:paraId="54A9DD68" w14:textId="77777777" w:rsidR="00452CBB" w:rsidRPr="00452CBB" w:rsidRDefault="00452CBB" w:rsidP="00452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b/>
          <w:bCs/>
          <w:sz w:val="24"/>
          <w:szCs w:val="24"/>
          <w:lang w:val="nl-NL" w:eastAsia="nl-NL"/>
        </w:rPr>
        <w:t>Rol van de media:</w:t>
      </w:r>
    </w:p>
    <w:p w14:paraId="139FBFD1" w14:textId="77777777" w:rsidR="00452CBB" w:rsidRPr="00452CBB" w:rsidRDefault="00452CBB" w:rsidP="00452CB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Ze volgen of het werk echt gebeurt.</w:t>
      </w:r>
    </w:p>
    <w:p w14:paraId="728E7104" w14:textId="77777777" w:rsidR="00452CBB" w:rsidRPr="00452CBB" w:rsidRDefault="00452CBB" w:rsidP="00452CB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Ze kunnen verslag doen van de eerste resultaten of problemen.</w:t>
      </w:r>
    </w:p>
    <w:p w14:paraId="5D929A37" w14:textId="77777777" w:rsidR="00452CBB" w:rsidRPr="00452CBB" w:rsidRDefault="00452CBB" w:rsidP="00452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b/>
          <w:bCs/>
          <w:sz w:val="24"/>
          <w:szCs w:val="24"/>
          <w:lang w:val="nl-NL" w:eastAsia="nl-NL"/>
        </w:rPr>
        <w:t>Voorbeeld:</w:t>
      </w: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br/>
        <w:t>Als de straat heringericht wordt, kan de krant een artikel plaatsen met foto’s en reacties van bewoners.</w:t>
      </w:r>
    </w:p>
    <w:p w14:paraId="5C33223F" w14:textId="77777777" w:rsidR="00452CBB" w:rsidRPr="00452CBB" w:rsidRDefault="00452CBB" w:rsidP="00452C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pict w14:anchorId="2A6CCDC6">
          <v:rect id="_x0000_i1079" style="width:0;height:1.5pt" o:hralign="center" o:hrstd="t" o:hr="t" fillcolor="#a0a0a0" stroked="f"/>
        </w:pict>
      </w:r>
    </w:p>
    <w:p w14:paraId="30B5A4CD" w14:textId="77777777" w:rsidR="00452CBB" w:rsidRPr="00452CBB" w:rsidRDefault="00452CBB" w:rsidP="00452CB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nl-NL" w:eastAsia="nl-NL"/>
        </w:rPr>
      </w:pPr>
      <w:r w:rsidRPr="00452CBB">
        <w:rPr>
          <w:rFonts w:ascii="Segoe UI Emoji" w:eastAsia="Times New Roman" w:hAnsi="Segoe UI Emoji" w:cs="Segoe UI Emoji"/>
          <w:b/>
          <w:bCs/>
          <w:sz w:val="27"/>
          <w:szCs w:val="27"/>
          <w:lang w:val="nl-NL" w:eastAsia="nl-NL"/>
        </w:rPr>
        <w:t>📊</w:t>
      </w:r>
      <w:r w:rsidRPr="00452CBB">
        <w:rPr>
          <w:rFonts w:ascii="Times New Roman" w:eastAsia="Times New Roman" w:hAnsi="Times New Roman" w:cs="Times New Roman"/>
          <w:b/>
          <w:bCs/>
          <w:sz w:val="27"/>
          <w:szCs w:val="27"/>
          <w:lang w:val="nl-NL" w:eastAsia="nl-NL"/>
        </w:rPr>
        <w:t xml:space="preserve"> Stap 5 – Evaluatie</w:t>
      </w:r>
    </w:p>
    <w:p w14:paraId="4380251D" w14:textId="77777777" w:rsidR="00452CBB" w:rsidRPr="00452CBB" w:rsidRDefault="00452CBB" w:rsidP="00452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b/>
          <w:bCs/>
          <w:sz w:val="24"/>
          <w:szCs w:val="24"/>
          <w:lang w:val="nl-NL" w:eastAsia="nl-NL"/>
        </w:rPr>
        <w:t>Wat gebeurt hier?</w:t>
      </w: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br/>
        <w:t>De gemeente kijkt of het goed gegaan is en wat beter kan.</w:t>
      </w:r>
    </w:p>
    <w:p w14:paraId="261C9ECE" w14:textId="77777777" w:rsidR="00452CBB" w:rsidRPr="00452CBB" w:rsidRDefault="00452CBB" w:rsidP="00452C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b/>
          <w:bCs/>
          <w:sz w:val="24"/>
          <w:szCs w:val="24"/>
          <w:lang w:val="nl-NL" w:eastAsia="nl-NL"/>
        </w:rPr>
        <w:t>Rol van de media:</w:t>
      </w:r>
    </w:p>
    <w:p w14:paraId="33051370" w14:textId="77777777" w:rsidR="00452CBB" w:rsidRPr="00452CBB" w:rsidRDefault="00452CBB" w:rsidP="00452CB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Ze kunnen inwoners interviewen over hun mening.</w:t>
      </w:r>
    </w:p>
    <w:p w14:paraId="64C777EB" w14:textId="77777777" w:rsidR="00452CBB" w:rsidRPr="00452CBB" w:rsidRDefault="00452CBB" w:rsidP="00452CB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Ze controleren of de beloftes zijn nagekomen.</w:t>
      </w:r>
    </w:p>
    <w:p w14:paraId="4B1DFE90" w14:textId="1927F3B4" w:rsidR="00452CBB" w:rsidRPr="00452CBB" w:rsidRDefault="00452CBB" w:rsidP="00F71D7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</w:pPr>
      <w:r w:rsidRPr="00452CBB">
        <w:rPr>
          <w:rFonts w:ascii="Times New Roman" w:eastAsia="Times New Roman" w:hAnsi="Times New Roman" w:cs="Times New Roman"/>
          <w:sz w:val="24"/>
          <w:szCs w:val="24"/>
          <w:lang w:val="nl-NL" w:eastAsia="nl-NL"/>
        </w:rPr>
        <w:t>Ze kunnen opnieuw aandacht vragen voor dingen die nog niet goed zijn gegaan.</w:t>
      </w:r>
    </w:p>
    <w:p w14:paraId="2CDB61B4" w14:textId="77777777" w:rsidR="002B32C7" w:rsidRDefault="002B32C7" w:rsidP="00BD26AB">
      <w:bookmarkStart w:id="0" w:name="_GoBack"/>
      <w:bookmarkEnd w:id="0"/>
    </w:p>
    <w:p w14:paraId="773FF793" w14:textId="77777777" w:rsidR="00452CBB" w:rsidRDefault="00452CBB" w:rsidP="00BD26AB"/>
    <w:p w14:paraId="6C09C3A7" w14:textId="77777777" w:rsidR="00452CBB" w:rsidRPr="00BD26AB" w:rsidRDefault="00452CBB" w:rsidP="00BD26AB"/>
    <w:sectPr w:rsidR="00452CBB" w:rsidRPr="00BD26A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FCE11A5"/>
    <w:multiLevelType w:val="multilevel"/>
    <w:tmpl w:val="3D1E1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086B86"/>
    <w:multiLevelType w:val="multilevel"/>
    <w:tmpl w:val="663C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05213B"/>
    <w:multiLevelType w:val="multilevel"/>
    <w:tmpl w:val="2BACB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C81745"/>
    <w:multiLevelType w:val="multilevel"/>
    <w:tmpl w:val="E63E8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2D721F"/>
    <w:multiLevelType w:val="multilevel"/>
    <w:tmpl w:val="9C562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1B7F1D"/>
    <w:multiLevelType w:val="multilevel"/>
    <w:tmpl w:val="BF326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EE05F7"/>
    <w:multiLevelType w:val="multilevel"/>
    <w:tmpl w:val="F8FC8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1"/>
  </w:num>
  <w:num w:numId="12">
    <w:abstractNumId w:val="10"/>
  </w:num>
  <w:num w:numId="13">
    <w:abstractNumId w:val="15"/>
  </w:num>
  <w:num w:numId="14">
    <w:abstractNumId w:val="12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31819"/>
    <w:rsid w:val="0015074B"/>
    <w:rsid w:val="0029639D"/>
    <w:rsid w:val="002B32C7"/>
    <w:rsid w:val="00326F90"/>
    <w:rsid w:val="003A2AF4"/>
    <w:rsid w:val="00452CBB"/>
    <w:rsid w:val="00AA1D8D"/>
    <w:rsid w:val="00AC5759"/>
    <w:rsid w:val="00B47730"/>
    <w:rsid w:val="00BD26AB"/>
    <w:rsid w:val="00CB0664"/>
    <w:rsid w:val="00D62A16"/>
    <w:rsid w:val="00F65D2E"/>
    <w:rsid w:val="00F71D7B"/>
    <w:rsid w:val="00F8694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EE6F64"/>
  <w14:defaultImageDpi w14:val="300"/>
  <w15:docId w15:val="{F02FE3BD-EA26-48BE-9198-EF88A2AC2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FC693F"/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alweb">
    <w:name w:val="Normal (Web)"/>
    <w:basedOn w:val="Standaard"/>
    <w:uiPriority w:val="99"/>
    <w:semiHidden/>
    <w:unhideWhenUsed/>
    <w:rsid w:val="003A2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https://stemvanwaadhoeke.n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A21AFC1A7D0943A6DF7571A0F5D5BD" ma:contentTypeVersion="18" ma:contentTypeDescription="Een nieuw document maken." ma:contentTypeScope="" ma:versionID="40a9ee9beb9e451c3b3e6cd076511ab7">
  <xsd:schema xmlns:xsd="http://www.w3.org/2001/XMLSchema" xmlns:xs="http://www.w3.org/2001/XMLSchema" xmlns:p="http://schemas.microsoft.com/office/2006/metadata/properties" xmlns:ns3="d1e7846d-a85d-452b-becb-fab4d104d22e" xmlns:ns4="125cf6bf-9d30-4180-9b50-5b49b72d031f" targetNamespace="http://schemas.microsoft.com/office/2006/metadata/properties" ma:root="true" ma:fieldsID="2b0cd12d6107867c89130a2cfd8c67a1" ns3:_="" ns4:_="">
    <xsd:import namespace="d1e7846d-a85d-452b-becb-fab4d104d22e"/>
    <xsd:import namespace="125cf6bf-9d30-4180-9b50-5b49b72d03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e7846d-a85d-452b-becb-fab4d104d2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cf6bf-9d30-4180-9b50-5b49b72d03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1e7846d-a85d-452b-becb-fab4d104d22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FDC425-251D-4376-AB55-EA4FF736B3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e7846d-a85d-452b-becb-fab4d104d22e"/>
    <ds:schemaRef ds:uri="125cf6bf-9d30-4180-9b50-5b49b72d03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1F4433-28C3-4DEE-9E86-503AAE42F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C26CE0-3468-4ACC-9C2D-0E2E67C0A12D}">
  <ds:schemaRefs>
    <ds:schemaRef ds:uri="http://www.w3.org/XML/1998/namespace"/>
    <ds:schemaRef ds:uri="http://schemas.microsoft.com/office/2006/documentManagement/types"/>
    <ds:schemaRef ds:uri="http://purl.org/dc/elements/1.1/"/>
    <ds:schemaRef ds:uri="d1e7846d-a85d-452b-becb-fab4d104d22e"/>
    <ds:schemaRef ds:uri="http://schemas.microsoft.com/office/2006/metadata/properties"/>
    <ds:schemaRef ds:uri="125cf6bf-9d30-4180-9b50-5b49b72d031f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1A16CFE2-89AB-4D65-91A3-E9F3D8F5E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1384</Words>
  <Characters>7617</Characters>
  <Application>Microsoft Office Word</Application>
  <DocSecurity>0</DocSecurity>
  <Lines>63</Lines>
  <Paragraphs>17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Koppen</vt:lpstr>
      </vt:variant>
      <vt:variant>
        <vt:i4>14</vt:i4>
      </vt:variant>
      <vt:variant>
        <vt:lpstr>Title</vt:lpstr>
      </vt:variant>
      <vt:variant>
        <vt:i4>1</vt:i4>
      </vt:variant>
    </vt:vector>
  </HeadingPairs>
  <TitlesOfParts>
    <vt:vector size="16" baseType="lpstr">
      <vt:lpstr/>
      <vt:lpstr>Opdracht 1 – Wat zie je in dit krantenartikel?</vt:lpstr>
      <vt:lpstr>Opdracht 2 – Hoe kun jij je stem laten horen?</vt:lpstr>
      <vt:lpstr>Opdracht 3 – Wat vind jij belangrijk in jouw buurt of school?</vt:lpstr>
      <vt:lpstr>Opdracht 4 – Voorbereiding op les 2: vraag aan de wethouder</vt:lpstr>
      <vt:lpstr>Uitleg – Wat doet een wethouder?</vt:lpstr>
      <vt:lpstr>    De wethouder heeft twee taken</vt:lpstr>
      <vt:lpstr>        1. Wetgevende taak</vt:lpstr>
      <vt:lpstr>        2. Uitvoerende taak</vt:lpstr>
      <vt:lpstr>        🧠 Kort samengevat:</vt:lpstr>
      <vt:lpstr>    📺 Vervolg: Wat is de rol van de media bij besluitvorming?</vt:lpstr>
      <vt:lpstr>        🔎 Stap 1 – Agendavorming</vt:lpstr>
      <vt:lpstr>        📝 Stap 2 – Beleidsvoorbereiding</vt:lpstr>
      <vt:lpstr>        🛠️ Stap 4 – Uitvoering</vt:lpstr>
      <vt:lpstr>        📊 Stap 5 – Evaluatie</vt:lpstr>
      <vt:lpstr/>
    </vt:vector>
  </TitlesOfParts>
  <Manager/>
  <Company/>
  <LinksUpToDate>false</LinksUpToDate>
  <CharactersWithSpaces>8984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Gatse Hylkema</cp:lastModifiedBy>
  <cp:revision>2</cp:revision>
  <dcterms:created xsi:type="dcterms:W3CDTF">2025-07-08T12:57:00Z</dcterms:created>
  <dcterms:modified xsi:type="dcterms:W3CDTF">2025-07-08T12:57:00Z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0x0101009BA21AFC1A7D0943A6DF7571A0F5D5BD</vt:lpwstr>
  </property>
</Properties>
</file>